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D6496" w14:textId="77777777" w:rsidR="002D6374" w:rsidRPr="00B923F3" w:rsidRDefault="00000000">
      <w:pPr>
        <w:pStyle w:val="Heading1"/>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Functional English Initial Assessment</w:t>
      </w:r>
    </w:p>
    <w:p w14:paraId="0D88ADBB" w14:textId="77777777" w:rsidR="002D6374" w:rsidRPr="00B923F3" w:rsidRDefault="002D6374">
      <w:pPr>
        <w:rPr>
          <w:rFonts w:asciiTheme="majorHAnsi" w:hAnsiTheme="majorHAnsi" w:cstheme="majorHAnsi"/>
        </w:rPr>
      </w:pPr>
    </w:p>
    <w:p w14:paraId="4F7D8D3D"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 xml:space="preserve">This assessment measures reading, math, and oral comprehension skills aligned with OALCF Level 1 outcomes.  </w:t>
      </w:r>
    </w:p>
    <w:p w14:paraId="1EA040BE" w14:textId="3B0018BD" w:rsidR="002D6374" w:rsidRPr="00B923F3" w:rsidRDefault="00000000">
      <w:pPr>
        <w:pStyle w:val="Heading2"/>
        <w:rPr>
          <w:rFonts w:asciiTheme="majorHAnsi" w:eastAsia="Didact Gothic" w:hAnsiTheme="majorHAnsi" w:cstheme="majorHAnsi"/>
          <w:sz w:val="24"/>
          <w:szCs w:val="24"/>
        </w:rPr>
      </w:pPr>
      <w:bookmarkStart w:id="0" w:name="_heading=h.qde7oy2hl3vy" w:colFirst="0" w:colLast="0"/>
      <w:bookmarkEnd w:id="0"/>
      <w:r w:rsidRPr="00B923F3">
        <w:rPr>
          <w:rFonts w:asciiTheme="majorHAnsi" w:eastAsia="Didact Gothic" w:hAnsiTheme="majorHAnsi" w:cstheme="majorHAnsi"/>
          <w:sz w:val="24"/>
          <w:szCs w:val="24"/>
        </w:rPr>
        <w:t>Instructors: Print pages 2-</w:t>
      </w:r>
      <w:r w:rsidR="00003ECD">
        <w:rPr>
          <w:rFonts w:asciiTheme="majorHAnsi" w:eastAsia="Didact Gothic" w:hAnsiTheme="majorHAnsi" w:cstheme="majorHAnsi"/>
          <w:sz w:val="24"/>
          <w:szCs w:val="24"/>
        </w:rPr>
        <w:t>6</w:t>
      </w:r>
      <w:r w:rsidRPr="00B923F3">
        <w:rPr>
          <w:rFonts w:asciiTheme="majorHAnsi" w:eastAsia="Didact Gothic" w:hAnsiTheme="majorHAnsi" w:cstheme="majorHAnsi"/>
          <w:sz w:val="24"/>
          <w:szCs w:val="24"/>
        </w:rPr>
        <w:t xml:space="preserve"> for the learner.  Print pages </w:t>
      </w:r>
      <w:r w:rsidR="00003ECD">
        <w:rPr>
          <w:rFonts w:asciiTheme="majorHAnsi" w:eastAsia="Didact Gothic" w:hAnsiTheme="majorHAnsi" w:cstheme="majorHAnsi"/>
          <w:sz w:val="24"/>
          <w:szCs w:val="24"/>
        </w:rPr>
        <w:t>7</w:t>
      </w:r>
      <w:r w:rsidRPr="00B923F3">
        <w:rPr>
          <w:rFonts w:asciiTheme="majorHAnsi" w:eastAsia="Didact Gothic" w:hAnsiTheme="majorHAnsi" w:cstheme="majorHAnsi"/>
          <w:sz w:val="24"/>
          <w:szCs w:val="24"/>
        </w:rPr>
        <w:t>-</w:t>
      </w:r>
      <w:r w:rsidR="00003ECD">
        <w:rPr>
          <w:rFonts w:asciiTheme="majorHAnsi" w:eastAsia="Didact Gothic" w:hAnsiTheme="majorHAnsi" w:cstheme="majorHAnsi"/>
          <w:sz w:val="24"/>
          <w:szCs w:val="24"/>
        </w:rPr>
        <w:t>11</w:t>
      </w:r>
      <w:r w:rsidRPr="00B923F3">
        <w:rPr>
          <w:rFonts w:asciiTheme="majorHAnsi" w:eastAsia="Didact Gothic" w:hAnsiTheme="majorHAnsi" w:cstheme="majorHAnsi"/>
          <w:sz w:val="24"/>
          <w:szCs w:val="24"/>
        </w:rPr>
        <w:t xml:space="preserve"> for yourself.  Read the instructions below and give pages 2-</w:t>
      </w:r>
      <w:r w:rsidR="00003ECD">
        <w:rPr>
          <w:rFonts w:asciiTheme="majorHAnsi" w:eastAsia="Didact Gothic" w:hAnsiTheme="majorHAnsi" w:cstheme="majorHAnsi"/>
          <w:sz w:val="24"/>
          <w:szCs w:val="24"/>
        </w:rPr>
        <w:t>6</w:t>
      </w:r>
      <w:r w:rsidRPr="00B923F3">
        <w:rPr>
          <w:rFonts w:asciiTheme="majorHAnsi" w:eastAsia="Didact Gothic" w:hAnsiTheme="majorHAnsi" w:cstheme="majorHAnsi"/>
          <w:sz w:val="24"/>
          <w:szCs w:val="24"/>
        </w:rPr>
        <w:t xml:space="preserve"> to the learner to complete.</w:t>
      </w:r>
    </w:p>
    <w:p w14:paraId="04E07BDD" w14:textId="77777777" w:rsidR="002D6374" w:rsidRPr="00B923F3" w:rsidRDefault="002D6374">
      <w:pPr>
        <w:rPr>
          <w:rFonts w:asciiTheme="majorHAnsi" w:eastAsia="Didact Gothic" w:hAnsiTheme="majorHAnsi" w:cstheme="majorHAnsi"/>
          <w:sz w:val="24"/>
          <w:szCs w:val="24"/>
        </w:rPr>
      </w:pPr>
    </w:p>
    <w:p w14:paraId="32FC81A9"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Section1: Have the learner read the story independently.  Once they have read it through to themselves, have the learner read it aloud to you.  When they are finished, ask them to answer the questions.  Learners can refer to the story to assist them with answering the questions.</w:t>
      </w:r>
    </w:p>
    <w:p w14:paraId="1C0708F6" w14:textId="77777777" w:rsidR="002D6374" w:rsidRPr="00B923F3" w:rsidRDefault="002D6374">
      <w:pPr>
        <w:rPr>
          <w:rFonts w:asciiTheme="majorHAnsi" w:eastAsia="Didact Gothic" w:hAnsiTheme="majorHAnsi" w:cstheme="majorHAnsi"/>
          <w:sz w:val="24"/>
          <w:szCs w:val="24"/>
        </w:rPr>
      </w:pPr>
    </w:p>
    <w:p w14:paraId="54EF93AB"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Section 2: Have the learner complete the word problem math questions.  Note that if the learner struggles in both Math and Reading this assessment helps you to determine if Math is the issue or reading.  The learner is encouraged to try to answer without a calculator if they can but they can use a calculator if needed.</w:t>
      </w:r>
    </w:p>
    <w:p w14:paraId="0600D9D9" w14:textId="77777777" w:rsidR="002D6374" w:rsidRPr="00B923F3" w:rsidRDefault="002D6374">
      <w:pPr>
        <w:rPr>
          <w:rFonts w:asciiTheme="majorHAnsi" w:eastAsia="Didact Gothic" w:hAnsiTheme="majorHAnsi" w:cstheme="majorHAnsi"/>
          <w:sz w:val="24"/>
          <w:szCs w:val="24"/>
        </w:rPr>
      </w:pPr>
    </w:p>
    <w:p w14:paraId="69B1FB53" w14:textId="7DE9665F"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 xml:space="preserve">Section 3: Read this story aloud to the learner. Then, ask them questions below to assess listening comprehension and speaking ability.  Learners may have a copy of the story </w:t>
      </w:r>
      <w:r w:rsidR="002034FF">
        <w:rPr>
          <w:rFonts w:asciiTheme="majorHAnsi" w:eastAsia="Didact Gothic" w:hAnsiTheme="majorHAnsi" w:cstheme="majorHAnsi"/>
          <w:sz w:val="24"/>
          <w:szCs w:val="24"/>
        </w:rPr>
        <w:t>to follow along</w:t>
      </w:r>
      <w:r w:rsidRPr="00B923F3">
        <w:rPr>
          <w:rFonts w:asciiTheme="majorHAnsi" w:eastAsia="Didact Gothic" w:hAnsiTheme="majorHAnsi" w:cstheme="majorHAnsi"/>
          <w:sz w:val="24"/>
          <w:szCs w:val="24"/>
        </w:rPr>
        <w:t>.</w:t>
      </w:r>
    </w:p>
    <w:p w14:paraId="6C038068" w14:textId="77777777" w:rsidR="002D6374" w:rsidRPr="00B923F3" w:rsidRDefault="002D6374">
      <w:pPr>
        <w:rPr>
          <w:rFonts w:asciiTheme="majorHAnsi" w:eastAsia="Didact Gothic" w:hAnsiTheme="majorHAnsi" w:cstheme="majorHAnsi"/>
          <w:sz w:val="24"/>
          <w:szCs w:val="24"/>
        </w:rPr>
      </w:pPr>
    </w:p>
    <w:p w14:paraId="5D620D24"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Use the rubric provided for your assessment - determine strengths, needs and next steps.</w:t>
      </w:r>
    </w:p>
    <w:p w14:paraId="159F058F" w14:textId="77777777" w:rsidR="002D6374" w:rsidRPr="00B923F3" w:rsidRDefault="002D6374">
      <w:pPr>
        <w:rPr>
          <w:rFonts w:asciiTheme="majorHAnsi" w:eastAsia="Didact Gothic" w:hAnsiTheme="majorHAnsi" w:cstheme="majorHAnsi"/>
          <w:sz w:val="24"/>
          <w:szCs w:val="24"/>
        </w:rPr>
      </w:pPr>
    </w:p>
    <w:p w14:paraId="10A4EC82" w14:textId="77777777" w:rsidR="002D6374" w:rsidRPr="00B923F3" w:rsidRDefault="002D6374">
      <w:pPr>
        <w:rPr>
          <w:rFonts w:asciiTheme="majorHAnsi" w:eastAsia="Didact Gothic" w:hAnsiTheme="majorHAnsi" w:cstheme="majorHAnsi"/>
          <w:sz w:val="24"/>
          <w:szCs w:val="24"/>
        </w:rPr>
      </w:pPr>
    </w:p>
    <w:p w14:paraId="2211FB7D" w14:textId="77777777" w:rsidR="002D6374" w:rsidRDefault="002D6374">
      <w:pPr>
        <w:rPr>
          <w:rFonts w:asciiTheme="majorHAnsi" w:eastAsia="Didact Gothic" w:hAnsiTheme="majorHAnsi" w:cstheme="majorHAnsi"/>
          <w:sz w:val="24"/>
          <w:szCs w:val="24"/>
        </w:rPr>
      </w:pPr>
    </w:p>
    <w:p w14:paraId="66D2DA65" w14:textId="77777777" w:rsidR="004C00C7" w:rsidRPr="00B923F3" w:rsidRDefault="004C00C7">
      <w:pPr>
        <w:rPr>
          <w:rFonts w:asciiTheme="majorHAnsi" w:eastAsia="Didact Gothic" w:hAnsiTheme="majorHAnsi" w:cstheme="majorHAnsi"/>
          <w:sz w:val="24"/>
          <w:szCs w:val="24"/>
        </w:rPr>
      </w:pPr>
    </w:p>
    <w:p w14:paraId="26E9B018" w14:textId="77777777" w:rsidR="002D6374" w:rsidRDefault="002D6374">
      <w:pPr>
        <w:rPr>
          <w:rFonts w:asciiTheme="majorHAnsi" w:eastAsia="Didact Gothic" w:hAnsiTheme="majorHAnsi" w:cstheme="majorHAnsi"/>
          <w:sz w:val="24"/>
          <w:szCs w:val="24"/>
        </w:rPr>
      </w:pPr>
    </w:p>
    <w:p w14:paraId="3BB81DF3" w14:textId="77777777" w:rsidR="004C00C7" w:rsidRDefault="004C00C7">
      <w:pPr>
        <w:rPr>
          <w:rFonts w:asciiTheme="majorHAnsi" w:eastAsia="Didact Gothic" w:hAnsiTheme="majorHAnsi" w:cstheme="majorHAnsi"/>
          <w:sz w:val="24"/>
          <w:szCs w:val="24"/>
        </w:rPr>
      </w:pPr>
    </w:p>
    <w:p w14:paraId="3D4F28DE" w14:textId="77777777" w:rsidR="004C00C7" w:rsidRDefault="004C00C7">
      <w:pPr>
        <w:rPr>
          <w:rFonts w:asciiTheme="majorHAnsi" w:eastAsia="Didact Gothic" w:hAnsiTheme="majorHAnsi" w:cstheme="majorHAnsi"/>
          <w:sz w:val="24"/>
          <w:szCs w:val="24"/>
        </w:rPr>
      </w:pPr>
    </w:p>
    <w:p w14:paraId="3EEBDC1E" w14:textId="77777777" w:rsidR="004C00C7" w:rsidRDefault="004C00C7">
      <w:pPr>
        <w:rPr>
          <w:rFonts w:asciiTheme="majorHAnsi" w:eastAsia="Didact Gothic" w:hAnsiTheme="majorHAnsi" w:cstheme="majorHAnsi"/>
          <w:sz w:val="24"/>
          <w:szCs w:val="24"/>
        </w:rPr>
      </w:pPr>
    </w:p>
    <w:p w14:paraId="2F41A26C" w14:textId="77777777" w:rsidR="004C00C7" w:rsidRDefault="004C00C7">
      <w:pPr>
        <w:rPr>
          <w:rFonts w:asciiTheme="majorHAnsi" w:eastAsia="Didact Gothic" w:hAnsiTheme="majorHAnsi" w:cstheme="majorHAnsi"/>
          <w:sz w:val="24"/>
          <w:szCs w:val="24"/>
        </w:rPr>
      </w:pPr>
    </w:p>
    <w:p w14:paraId="2D70CB7A" w14:textId="77777777" w:rsidR="004C00C7" w:rsidRDefault="004C00C7">
      <w:pPr>
        <w:rPr>
          <w:rFonts w:asciiTheme="majorHAnsi" w:eastAsia="Didact Gothic" w:hAnsiTheme="majorHAnsi" w:cstheme="majorHAnsi"/>
          <w:sz w:val="24"/>
          <w:szCs w:val="24"/>
        </w:rPr>
      </w:pPr>
    </w:p>
    <w:p w14:paraId="416D73FC" w14:textId="77777777" w:rsidR="004C00C7" w:rsidRDefault="004C00C7">
      <w:pPr>
        <w:rPr>
          <w:rFonts w:asciiTheme="majorHAnsi" w:eastAsia="Didact Gothic" w:hAnsiTheme="majorHAnsi" w:cstheme="majorHAnsi"/>
          <w:sz w:val="24"/>
          <w:szCs w:val="24"/>
        </w:rPr>
      </w:pPr>
    </w:p>
    <w:p w14:paraId="3F3E3889" w14:textId="77777777" w:rsidR="004C00C7" w:rsidRDefault="004C00C7" w:rsidP="004C00C7">
      <w:pPr>
        <w:jc w:val="center"/>
        <w:rPr>
          <w:rFonts w:asciiTheme="majorHAnsi" w:eastAsia="Didact Gothic" w:hAnsiTheme="majorHAnsi" w:cstheme="majorHAnsi"/>
          <w:sz w:val="82"/>
          <w:szCs w:val="82"/>
        </w:rPr>
      </w:pPr>
    </w:p>
    <w:p w14:paraId="658CC8C7" w14:textId="77777777" w:rsidR="004C00C7" w:rsidRDefault="004C00C7" w:rsidP="004C00C7">
      <w:pPr>
        <w:jc w:val="center"/>
        <w:rPr>
          <w:rFonts w:asciiTheme="majorHAnsi" w:eastAsia="Didact Gothic" w:hAnsiTheme="majorHAnsi" w:cstheme="majorHAnsi"/>
          <w:sz w:val="82"/>
          <w:szCs w:val="82"/>
        </w:rPr>
      </w:pPr>
      <w:r>
        <w:rPr>
          <w:rFonts w:asciiTheme="majorHAnsi" w:eastAsia="Didact Gothic" w:hAnsiTheme="majorHAnsi" w:cstheme="majorHAnsi"/>
          <w:sz w:val="82"/>
          <w:szCs w:val="82"/>
        </w:rPr>
        <w:t xml:space="preserve">Functional English </w:t>
      </w:r>
    </w:p>
    <w:p w14:paraId="46C5EAE9" w14:textId="4ED1E6B7" w:rsidR="004C00C7" w:rsidRPr="004C00C7" w:rsidRDefault="004C00C7" w:rsidP="004C00C7">
      <w:pPr>
        <w:jc w:val="center"/>
        <w:rPr>
          <w:rFonts w:asciiTheme="majorHAnsi" w:eastAsia="Didact Gothic" w:hAnsiTheme="majorHAnsi" w:cstheme="majorHAnsi"/>
          <w:sz w:val="70"/>
          <w:szCs w:val="70"/>
        </w:rPr>
      </w:pPr>
      <w:r w:rsidRPr="004C00C7">
        <w:rPr>
          <w:rFonts w:asciiTheme="majorHAnsi" w:eastAsia="Didact Gothic" w:hAnsiTheme="majorHAnsi" w:cstheme="majorHAnsi"/>
          <w:sz w:val="70"/>
          <w:szCs w:val="70"/>
        </w:rPr>
        <w:t>Initial Assessment</w:t>
      </w:r>
    </w:p>
    <w:p w14:paraId="550393E3" w14:textId="77777777" w:rsidR="004C00C7" w:rsidRDefault="004C00C7" w:rsidP="004C00C7">
      <w:pPr>
        <w:jc w:val="center"/>
        <w:rPr>
          <w:rFonts w:asciiTheme="majorHAnsi" w:eastAsia="Didact Gothic" w:hAnsiTheme="majorHAnsi" w:cstheme="majorHAnsi"/>
          <w:sz w:val="82"/>
          <w:szCs w:val="82"/>
        </w:rPr>
      </w:pPr>
    </w:p>
    <w:p w14:paraId="183914D2" w14:textId="77777777" w:rsidR="004C00C7" w:rsidRDefault="004C00C7" w:rsidP="004C00C7">
      <w:pPr>
        <w:jc w:val="center"/>
        <w:rPr>
          <w:rFonts w:asciiTheme="majorHAnsi" w:eastAsia="Didact Gothic" w:hAnsiTheme="majorHAnsi" w:cstheme="majorHAnsi"/>
          <w:sz w:val="82"/>
          <w:szCs w:val="82"/>
        </w:rPr>
      </w:pPr>
      <w:r w:rsidRPr="004C00C7">
        <w:rPr>
          <w:rFonts w:asciiTheme="majorHAnsi" w:eastAsia="Didact Gothic" w:hAnsiTheme="majorHAnsi" w:cstheme="majorHAnsi"/>
          <w:sz w:val="82"/>
          <w:szCs w:val="82"/>
        </w:rPr>
        <w:t>Student Package</w:t>
      </w:r>
    </w:p>
    <w:p w14:paraId="35613F21" w14:textId="77777777" w:rsidR="004C00C7" w:rsidRDefault="004C00C7" w:rsidP="004C00C7">
      <w:pPr>
        <w:jc w:val="center"/>
        <w:rPr>
          <w:rFonts w:asciiTheme="majorHAnsi" w:eastAsia="Didact Gothic" w:hAnsiTheme="majorHAnsi" w:cstheme="majorHAnsi"/>
          <w:sz w:val="82"/>
          <w:szCs w:val="82"/>
        </w:rPr>
      </w:pPr>
    </w:p>
    <w:p w14:paraId="7FB37B27" w14:textId="1D22D726" w:rsidR="004C00C7" w:rsidRPr="004C00C7" w:rsidRDefault="004C00C7" w:rsidP="004C00C7">
      <w:pPr>
        <w:rPr>
          <w:rFonts w:asciiTheme="majorHAnsi" w:eastAsia="Didact Gothic" w:hAnsiTheme="majorHAnsi" w:cstheme="majorHAnsi"/>
          <w:sz w:val="60"/>
          <w:szCs w:val="60"/>
        </w:rPr>
      </w:pPr>
      <w:r w:rsidRPr="004C00C7">
        <w:rPr>
          <w:rFonts w:asciiTheme="majorHAnsi" w:eastAsia="Didact Gothic" w:hAnsiTheme="majorHAnsi" w:cstheme="majorHAnsi"/>
          <w:sz w:val="60"/>
          <w:szCs w:val="60"/>
        </w:rPr>
        <w:t xml:space="preserve">Name: </w:t>
      </w:r>
      <w:r>
        <w:rPr>
          <w:rFonts w:asciiTheme="majorHAnsi" w:eastAsia="Didact Gothic" w:hAnsiTheme="majorHAnsi" w:cstheme="majorHAnsi"/>
          <w:sz w:val="60"/>
          <w:szCs w:val="60"/>
        </w:rPr>
        <w:t>_______________</w:t>
      </w:r>
    </w:p>
    <w:p w14:paraId="1BEBAA1F" w14:textId="2B6052FB" w:rsidR="004C00C7" w:rsidRDefault="004C00C7" w:rsidP="004C00C7">
      <w:pPr>
        <w:rPr>
          <w:rFonts w:asciiTheme="majorHAnsi" w:eastAsia="Didact Gothic" w:hAnsiTheme="majorHAnsi" w:cstheme="majorHAnsi"/>
          <w:sz w:val="60"/>
          <w:szCs w:val="60"/>
        </w:rPr>
      </w:pPr>
      <w:r w:rsidRPr="004C00C7">
        <w:rPr>
          <w:rFonts w:asciiTheme="majorHAnsi" w:eastAsia="Didact Gothic" w:hAnsiTheme="majorHAnsi" w:cstheme="majorHAnsi"/>
          <w:sz w:val="60"/>
          <w:szCs w:val="60"/>
        </w:rPr>
        <w:t xml:space="preserve">Date: </w:t>
      </w:r>
      <w:r>
        <w:rPr>
          <w:rFonts w:asciiTheme="majorHAnsi" w:eastAsia="Didact Gothic" w:hAnsiTheme="majorHAnsi" w:cstheme="majorHAnsi"/>
          <w:sz w:val="60"/>
          <w:szCs w:val="60"/>
        </w:rPr>
        <w:t>________________</w:t>
      </w:r>
    </w:p>
    <w:p w14:paraId="101258F8" w14:textId="4ABCAB86" w:rsidR="004C00C7" w:rsidRPr="004C00C7" w:rsidRDefault="004C00C7" w:rsidP="004C00C7">
      <w:pPr>
        <w:rPr>
          <w:rFonts w:asciiTheme="majorHAnsi" w:eastAsia="Didact Gothic" w:hAnsiTheme="majorHAnsi" w:cstheme="majorHAnsi"/>
          <w:sz w:val="82"/>
          <w:szCs w:val="82"/>
        </w:rPr>
      </w:pPr>
    </w:p>
    <w:p w14:paraId="7BAC0146" w14:textId="77777777" w:rsidR="004C00C7" w:rsidRPr="00B923F3" w:rsidRDefault="004C00C7">
      <w:pPr>
        <w:rPr>
          <w:rFonts w:asciiTheme="majorHAnsi" w:eastAsia="Didact Gothic" w:hAnsiTheme="majorHAnsi" w:cstheme="majorHAnsi"/>
          <w:sz w:val="24"/>
          <w:szCs w:val="24"/>
        </w:rPr>
      </w:pPr>
    </w:p>
    <w:p w14:paraId="6E155FB5" w14:textId="77777777" w:rsidR="002D6374" w:rsidRPr="00B923F3" w:rsidRDefault="00000000">
      <w:pPr>
        <w:pStyle w:val="Heading2"/>
        <w:rPr>
          <w:rFonts w:asciiTheme="majorHAnsi" w:eastAsia="Didact Gothic" w:hAnsiTheme="majorHAnsi" w:cstheme="majorHAnsi"/>
          <w:sz w:val="24"/>
          <w:szCs w:val="24"/>
        </w:rPr>
      </w:pPr>
      <w:bookmarkStart w:id="1" w:name="_heading=h.oiwmo7mq6j3h" w:colFirst="0" w:colLast="0"/>
      <w:bookmarkEnd w:id="1"/>
      <w:r w:rsidRPr="00B923F3">
        <w:rPr>
          <w:rFonts w:asciiTheme="majorHAnsi" w:eastAsia="Didact Gothic" w:hAnsiTheme="majorHAnsi" w:cstheme="majorHAnsi"/>
          <w:sz w:val="24"/>
          <w:szCs w:val="24"/>
        </w:rPr>
        <w:lastRenderedPageBreak/>
        <w:t>Name: ____________________</w:t>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t>Date: _____________________</w:t>
      </w:r>
    </w:p>
    <w:p w14:paraId="45059E89" w14:textId="77777777" w:rsidR="002D6374" w:rsidRPr="00B923F3" w:rsidRDefault="002D6374">
      <w:pPr>
        <w:pStyle w:val="Heading2"/>
        <w:rPr>
          <w:rFonts w:asciiTheme="majorHAnsi" w:eastAsia="Didact Gothic" w:hAnsiTheme="majorHAnsi" w:cstheme="majorHAnsi"/>
          <w:sz w:val="24"/>
          <w:szCs w:val="24"/>
        </w:rPr>
      </w:pPr>
      <w:bookmarkStart w:id="2" w:name="_heading=h.36eqimvvw60a" w:colFirst="0" w:colLast="0"/>
      <w:bookmarkEnd w:id="2"/>
    </w:p>
    <w:p w14:paraId="039FCA4F" w14:textId="4AAB4F62" w:rsidR="002D6374" w:rsidRDefault="00000000">
      <w:pPr>
        <w:pStyle w:val="Heading2"/>
        <w:rPr>
          <w:rFonts w:asciiTheme="majorHAnsi" w:eastAsia="Didact Gothic" w:hAnsiTheme="majorHAnsi" w:cstheme="majorHAnsi"/>
          <w:color w:val="auto"/>
          <w:sz w:val="24"/>
          <w:szCs w:val="24"/>
        </w:rPr>
      </w:pPr>
      <w:bookmarkStart w:id="3" w:name="_heading=h.2jbyqgen6khm" w:colFirst="0" w:colLast="0"/>
      <w:bookmarkEnd w:id="3"/>
      <w:r w:rsidRPr="00F37120">
        <w:rPr>
          <w:rFonts w:asciiTheme="majorHAnsi" w:eastAsia="Didact Gothic" w:hAnsiTheme="majorHAnsi" w:cstheme="majorHAnsi"/>
          <w:color w:val="auto"/>
          <w:sz w:val="24"/>
          <w:szCs w:val="24"/>
        </w:rPr>
        <w:t xml:space="preserve">Directions:  </w:t>
      </w:r>
      <w:r w:rsidR="00B923F3" w:rsidRPr="00F37120">
        <w:rPr>
          <w:rFonts w:asciiTheme="majorHAnsi" w:eastAsia="Didact Gothic" w:hAnsiTheme="majorHAnsi" w:cstheme="majorHAnsi"/>
          <w:color w:val="auto"/>
          <w:sz w:val="24"/>
          <w:szCs w:val="24"/>
        </w:rPr>
        <w:t>Read the story and answer the following questions.  Read the story out loud to your instructor once you have finished.</w:t>
      </w:r>
    </w:p>
    <w:p w14:paraId="2420F8B1" w14:textId="77777777" w:rsidR="002D6374" w:rsidRPr="00B923F3" w:rsidRDefault="00000000">
      <w:pPr>
        <w:pStyle w:val="Heading2"/>
        <w:rPr>
          <w:rFonts w:asciiTheme="majorHAnsi" w:eastAsia="Didact Gothic" w:hAnsiTheme="majorHAnsi" w:cstheme="majorHAnsi"/>
          <w:sz w:val="24"/>
          <w:szCs w:val="24"/>
        </w:rPr>
      </w:pPr>
      <w:bookmarkStart w:id="4" w:name="_heading=h.gkyzapr5pau" w:colFirst="0" w:colLast="0"/>
      <w:bookmarkEnd w:id="4"/>
      <w:r w:rsidRPr="00B923F3">
        <w:rPr>
          <w:rFonts w:asciiTheme="majorHAnsi" w:eastAsia="Didact Gothic" w:hAnsiTheme="majorHAnsi" w:cstheme="majorHAnsi"/>
          <w:sz w:val="24"/>
          <w:szCs w:val="24"/>
        </w:rPr>
        <w:t>Section 1: Reading Assessment (10 marks)</w:t>
      </w:r>
    </w:p>
    <w:p w14:paraId="2C6DC0C1" w14:textId="77777777" w:rsidR="004C00C7" w:rsidRDefault="004C00C7">
      <w:pPr>
        <w:rPr>
          <w:rFonts w:asciiTheme="majorHAnsi" w:eastAsia="Didact Gothic" w:hAnsiTheme="majorHAnsi" w:cstheme="majorHAnsi"/>
          <w:b/>
          <w:bCs/>
          <w:sz w:val="24"/>
          <w:szCs w:val="24"/>
        </w:rPr>
      </w:pPr>
    </w:p>
    <w:p w14:paraId="088D48F3" w14:textId="42114AC2" w:rsidR="002D6374"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b/>
          <w:bCs/>
          <w:sz w:val="24"/>
          <w:szCs w:val="24"/>
        </w:rPr>
        <w:t>Story: Emma Goes Shopping</w:t>
      </w:r>
      <w:r w:rsidRPr="00B923F3">
        <w:rPr>
          <w:rFonts w:asciiTheme="majorHAnsi" w:eastAsia="Didact Gothic" w:hAnsiTheme="majorHAnsi" w:cstheme="majorHAnsi"/>
          <w:sz w:val="24"/>
          <w:szCs w:val="24"/>
        </w:rPr>
        <w:br/>
        <w:t>Emma lives in a small town. Every morning, she walks to the bakery near her home. She buys bread and milk. Sometimes she also buys apples. After shopping, she goes home and makes breakfast. Emma likes her mornings.</w:t>
      </w:r>
    </w:p>
    <w:p w14:paraId="55037943" w14:textId="77777777" w:rsidR="004C00C7" w:rsidRPr="00B923F3" w:rsidRDefault="004C00C7">
      <w:pPr>
        <w:rPr>
          <w:rFonts w:asciiTheme="majorHAnsi" w:eastAsia="Didact Gothic" w:hAnsiTheme="majorHAnsi" w:cstheme="majorHAnsi"/>
          <w:sz w:val="24"/>
          <w:szCs w:val="24"/>
        </w:rPr>
      </w:pPr>
    </w:p>
    <w:p w14:paraId="0547B910" w14:textId="77777777" w:rsidR="002D6374" w:rsidRPr="00B923F3" w:rsidRDefault="00000000">
      <w:pPr>
        <w:rPr>
          <w:rFonts w:asciiTheme="majorHAnsi" w:eastAsia="Didact Gothic" w:hAnsiTheme="majorHAnsi" w:cstheme="majorHAnsi"/>
          <w:b/>
          <w:bCs/>
          <w:sz w:val="24"/>
          <w:szCs w:val="24"/>
        </w:rPr>
      </w:pPr>
      <w:r w:rsidRPr="00B923F3">
        <w:rPr>
          <w:rFonts w:asciiTheme="majorHAnsi" w:eastAsia="Didact Gothic" w:hAnsiTheme="majorHAnsi" w:cstheme="majorHAnsi"/>
          <w:b/>
          <w:bCs/>
          <w:sz w:val="24"/>
          <w:szCs w:val="24"/>
        </w:rPr>
        <w:t>Answer the following questions:</w:t>
      </w:r>
    </w:p>
    <w:p w14:paraId="78AA1A0F" w14:textId="77777777" w:rsidR="00B923F3" w:rsidRDefault="00B923F3">
      <w:pPr>
        <w:numPr>
          <w:ilvl w:val="0"/>
          <w:numId w:val="2"/>
        </w:numPr>
        <w:pBdr>
          <w:top w:val="nil"/>
          <w:left w:val="nil"/>
          <w:bottom w:val="nil"/>
          <w:right w:val="nil"/>
          <w:between w:val="nil"/>
        </w:pBdr>
        <w:spacing w:after="0"/>
        <w:rPr>
          <w:rFonts w:asciiTheme="majorHAnsi" w:eastAsia="Didact Gothic" w:hAnsiTheme="majorHAnsi" w:cstheme="majorHAnsi"/>
          <w:color w:val="000000"/>
          <w:sz w:val="24"/>
          <w:szCs w:val="24"/>
        </w:rPr>
        <w:sectPr w:rsidR="00B923F3" w:rsidSect="00F37120">
          <w:headerReference w:type="default" r:id="rId8"/>
          <w:footerReference w:type="default" r:id="rId9"/>
          <w:pgSz w:w="12240" w:h="15840"/>
          <w:pgMar w:top="720" w:right="720" w:bottom="720" w:left="720" w:header="720" w:footer="720" w:gutter="0"/>
          <w:pgNumType w:start="1"/>
          <w:cols w:space="720"/>
          <w:docGrid w:linePitch="299"/>
        </w:sectPr>
      </w:pPr>
    </w:p>
    <w:p w14:paraId="2B934C0B" w14:textId="624FC304" w:rsidR="002D6374" w:rsidRPr="00B923F3" w:rsidRDefault="00000000">
      <w:pPr>
        <w:numPr>
          <w:ilvl w:val="0"/>
          <w:numId w:val="2"/>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 xml:space="preserve">Where does Emma </w:t>
      </w:r>
      <w:proofErr w:type="gramStart"/>
      <w:r w:rsidRPr="00B923F3">
        <w:rPr>
          <w:rFonts w:asciiTheme="majorHAnsi" w:eastAsia="Didact Gothic" w:hAnsiTheme="majorHAnsi" w:cstheme="majorHAnsi"/>
          <w:color w:val="000000"/>
          <w:sz w:val="24"/>
          <w:szCs w:val="24"/>
        </w:rPr>
        <w:t>live?</w:t>
      </w:r>
      <w:r w:rsidR="00B923F3">
        <w:rPr>
          <w:rFonts w:asciiTheme="majorHAnsi" w:eastAsia="Didact Gothic" w:hAnsiTheme="majorHAnsi" w:cstheme="majorHAnsi"/>
          <w:color w:val="000000"/>
          <w:sz w:val="24"/>
          <w:szCs w:val="24"/>
        </w:rPr>
        <w:t>_</w:t>
      </w:r>
      <w:proofErr w:type="gramEnd"/>
      <w:r w:rsidR="00B923F3">
        <w:rPr>
          <w:rFonts w:asciiTheme="majorHAnsi" w:eastAsia="Didact Gothic" w:hAnsiTheme="majorHAnsi" w:cstheme="majorHAnsi"/>
          <w:color w:val="000000"/>
          <w:sz w:val="24"/>
          <w:szCs w:val="24"/>
        </w:rPr>
        <w:t>________________________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_____________________</w:t>
      </w:r>
    </w:p>
    <w:p w14:paraId="4CD9026F" w14:textId="77777777" w:rsidR="002D6374"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44F92AE7" w14:textId="77777777" w:rsidR="00F37120" w:rsidRPr="004C00C7" w:rsidRDefault="00F37120">
      <w:pPr>
        <w:pBdr>
          <w:top w:val="nil"/>
          <w:left w:val="nil"/>
          <w:bottom w:val="nil"/>
          <w:right w:val="nil"/>
          <w:between w:val="nil"/>
        </w:pBdr>
        <w:spacing w:after="0"/>
        <w:ind w:left="360" w:hanging="360"/>
        <w:rPr>
          <w:rFonts w:asciiTheme="majorHAnsi" w:eastAsia="Didact Gothic" w:hAnsiTheme="majorHAnsi" w:cstheme="majorHAnsi"/>
          <w:color w:val="000000"/>
          <w:sz w:val="12"/>
          <w:szCs w:val="12"/>
        </w:rPr>
      </w:pPr>
    </w:p>
    <w:p w14:paraId="61442CF6" w14:textId="6F58E9C0" w:rsidR="002D6374" w:rsidRPr="00B923F3" w:rsidRDefault="00000000">
      <w:pPr>
        <w:numPr>
          <w:ilvl w:val="0"/>
          <w:numId w:val="2"/>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Where does Emma go in the morning?</w:t>
      </w:r>
      <w:r w:rsidR="00B923F3">
        <w:rPr>
          <w:rFonts w:asciiTheme="majorHAnsi" w:eastAsia="Didact Gothic" w:hAnsiTheme="majorHAnsi" w:cstheme="majorHAnsi"/>
          <w:color w:val="000000"/>
          <w:sz w:val="24"/>
          <w:szCs w:val="24"/>
        </w:rPr>
        <w:t xml:space="preserve"> _______________________________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w:t>
      </w:r>
    </w:p>
    <w:p w14:paraId="1FE26F61" w14:textId="77777777" w:rsidR="00B923F3" w:rsidRDefault="00B923F3">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78BBD8E3" w14:textId="77777777" w:rsidR="00F37120" w:rsidRPr="004C00C7" w:rsidRDefault="00F37120">
      <w:pPr>
        <w:pBdr>
          <w:top w:val="nil"/>
          <w:left w:val="nil"/>
          <w:bottom w:val="nil"/>
          <w:right w:val="nil"/>
          <w:between w:val="nil"/>
        </w:pBdr>
        <w:spacing w:after="0"/>
        <w:ind w:left="360" w:hanging="360"/>
        <w:rPr>
          <w:rFonts w:asciiTheme="majorHAnsi" w:eastAsia="Didact Gothic" w:hAnsiTheme="majorHAnsi" w:cstheme="majorHAnsi"/>
          <w:color w:val="000000"/>
          <w:sz w:val="12"/>
          <w:szCs w:val="12"/>
        </w:rPr>
      </w:pPr>
    </w:p>
    <w:p w14:paraId="54D548D6" w14:textId="4E87C10A" w:rsidR="002D6374" w:rsidRPr="00B923F3" w:rsidRDefault="00000000">
      <w:pPr>
        <w:numPr>
          <w:ilvl w:val="0"/>
          <w:numId w:val="2"/>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What does she buy at the bakery?</w:t>
      </w:r>
      <w:r w:rsidR="00B923F3">
        <w:rPr>
          <w:rFonts w:asciiTheme="majorHAnsi" w:eastAsia="Didact Gothic" w:hAnsiTheme="majorHAnsi" w:cstheme="majorHAnsi"/>
          <w:color w:val="000000"/>
          <w:sz w:val="24"/>
          <w:szCs w:val="24"/>
        </w:rPr>
        <w:t xml:space="preserve"> _______________________________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_______</w:t>
      </w:r>
    </w:p>
    <w:p w14:paraId="15582BC9" w14:textId="77777777" w:rsidR="002D6374"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167A0CDF" w14:textId="77777777" w:rsidR="00F37120" w:rsidRPr="004C00C7" w:rsidRDefault="00F37120">
      <w:pPr>
        <w:pBdr>
          <w:top w:val="nil"/>
          <w:left w:val="nil"/>
          <w:bottom w:val="nil"/>
          <w:right w:val="nil"/>
          <w:between w:val="nil"/>
        </w:pBdr>
        <w:spacing w:after="0"/>
        <w:ind w:left="360" w:hanging="360"/>
        <w:rPr>
          <w:rFonts w:asciiTheme="majorHAnsi" w:eastAsia="Didact Gothic" w:hAnsiTheme="majorHAnsi" w:cstheme="majorHAnsi"/>
          <w:color w:val="000000"/>
          <w:sz w:val="12"/>
          <w:szCs w:val="12"/>
        </w:rPr>
      </w:pPr>
    </w:p>
    <w:p w14:paraId="4673888C" w14:textId="1A1700A9" w:rsidR="002D6374" w:rsidRPr="00B923F3" w:rsidRDefault="00000000">
      <w:pPr>
        <w:numPr>
          <w:ilvl w:val="0"/>
          <w:numId w:val="2"/>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What fruit does she sometimes buy?</w:t>
      </w:r>
      <w:r w:rsidR="00B923F3">
        <w:rPr>
          <w:rFonts w:asciiTheme="majorHAnsi" w:eastAsia="Didact Gothic" w:hAnsiTheme="majorHAnsi" w:cstheme="majorHAnsi"/>
          <w:color w:val="000000"/>
          <w:sz w:val="24"/>
          <w:szCs w:val="24"/>
        </w:rPr>
        <w:t xml:space="preserve"> _________________________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__________</w:t>
      </w:r>
    </w:p>
    <w:p w14:paraId="594A3701" w14:textId="77777777" w:rsidR="002D6374"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0BA45550" w14:textId="77777777" w:rsidR="00F37120" w:rsidRPr="004C00C7" w:rsidRDefault="00F37120">
      <w:pPr>
        <w:pBdr>
          <w:top w:val="nil"/>
          <w:left w:val="nil"/>
          <w:bottom w:val="nil"/>
          <w:right w:val="nil"/>
          <w:between w:val="nil"/>
        </w:pBdr>
        <w:spacing w:after="0"/>
        <w:ind w:left="360" w:hanging="360"/>
        <w:rPr>
          <w:rFonts w:asciiTheme="majorHAnsi" w:eastAsia="Didact Gothic" w:hAnsiTheme="majorHAnsi" w:cstheme="majorHAnsi"/>
          <w:color w:val="000000"/>
          <w:sz w:val="12"/>
          <w:szCs w:val="12"/>
        </w:rPr>
      </w:pPr>
    </w:p>
    <w:p w14:paraId="4B93ECBA" w14:textId="72FAD87F" w:rsidR="002D6374" w:rsidRPr="00B923F3" w:rsidRDefault="00000000">
      <w:pPr>
        <w:numPr>
          <w:ilvl w:val="0"/>
          <w:numId w:val="2"/>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Wh</w:t>
      </w:r>
      <w:r w:rsidRPr="00B923F3">
        <w:rPr>
          <w:rFonts w:asciiTheme="majorHAnsi" w:eastAsia="Didact Gothic" w:hAnsiTheme="majorHAnsi" w:cstheme="majorHAnsi"/>
          <w:sz w:val="24"/>
          <w:szCs w:val="24"/>
        </w:rPr>
        <w:t>ere</w:t>
      </w:r>
      <w:r w:rsidRPr="00B923F3">
        <w:rPr>
          <w:rFonts w:asciiTheme="majorHAnsi" w:eastAsia="Didact Gothic" w:hAnsiTheme="majorHAnsi" w:cstheme="majorHAnsi"/>
          <w:color w:val="000000"/>
          <w:sz w:val="24"/>
          <w:szCs w:val="24"/>
        </w:rPr>
        <w:t xml:space="preserve"> does she </w:t>
      </w:r>
      <w:r w:rsidRPr="00B923F3">
        <w:rPr>
          <w:rFonts w:asciiTheme="majorHAnsi" w:eastAsia="Didact Gothic" w:hAnsiTheme="majorHAnsi" w:cstheme="majorHAnsi"/>
          <w:sz w:val="24"/>
          <w:szCs w:val="24"/>
        </w:rPr>
        <w:t>g</w:t>
      </w:r>
      <w:r w:rsidRPr="00B923F3">
        <w:rPr>
          <w:rFonts w:asciiTheme="majorHAnsi" w:eastAsia="Didact Gothic" w:hAnsiTheme="majorHAnsi" w:cstheme="majorHAnsi"/>
          <w:color w:val="000000"/>
          <w:sz w:val="24"/>
          <w:szCs w:val="24"/>
        </w:rPr>
        <w:t>o after shopping?</w:t>
      </w:r>
      <w:r w:rsidR="00B923F3">
        <w:rPr>
          <w:rFonts w:asciiTheme="majorHAnsi" w:eastAsia="Didact Gothic" w:hAnsiTheme="majorHAnsi" w:cstheme="majorHAnsi"/>
          <w:color w:val="000000"/>
          <w:sz w:val="24"/>
          <w:szCs w:val="24"/>
        </w:rPr>
        <w:t xml:space="preserve"> ______________________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______________</w:t>
      </w:r>
    </w:p>
    <w:p w14:paraId="247BF1CB" w14:textId="77777777" w:rsidR="002D6374"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00AD798A" w14:textId="77777777" w:rsidR="00F37120" w:rsidRPr="004C00C7" w:rsidRDefault="00F37120">
      <w:pPr>
        <w:pBdr>
          <w:top w:val="nil"/>
          <w:left w:val="nil"/>
          <w:bottom w:val="nil"/>
          <w:right w:val="nil"/>
          <w:between w:val="nil"/>
        </w:pBdr>
        <w:spacing w:after="0"/>
        <w:ind w:left="360" w:hanging="360"/>
        <w:rPr>
          <w:rFonts w:asciiTheme="majorHAnsi" w:eastAsia="Didact Gothic" w:hAnsiTheme="majorHAnsi" w:cstheme="majorHAnsi"/>
          <w:color w:val="000000"/>
          <w:sz w:val="12"/>
          <w:szCs w:val="12"/>
        </w:rPr>
      </w:pPr>
    </w:p>
    <w:p w14:paraId="41F7BDD5" w14:textId="5270D97E" w:rsidR="002D6374" w:rsidRPr="00B923F3" w:rsidRDefault="00000000">
      <w:pPr>
        <w:numPr>
          <w:ilvl w:val="0"/>
          <w:numId w:val="2"/>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What meal does she make?</w:t>
      </w:r>
      <w:r w:rsidR="00B923F3">
        <w:rPr>
          <w:rFonts w:asciiTheme="majorHAnsi" w:eastAsia="Didact Gothic" w:hAnsiTheme="majorHAnsi" w:cstheme="majorHAnsi"/>
          <w:color w:val="000000"/>
          <w:sz w:val="24"/>
          <w:szCs w:val="24"/>
        </w:rPr>
        <w:t xml:space="preserve"> ___________________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________________________</w:t>
      </w:r>
    </w:p>
    <w:p w14:paraId="583A59FC" w14:textId="77777777" w:rsidR="002D6374"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4C199182" w14:textId="77777777" w:rsidR="00F37120" w:rsidRPr="004C00C7" w:rsidRDefault="00F37120">
      <w:pPr>
        <w:pBdr>
          <w:top w:val="nil"/>
          <w:left w:val="nil"/>
          <w:bottom w:val="nil"/>
          <w:right w:val="nil"/>
          <w:between w:val="nil"/>
        </w:pBdr>
        <w:spacing w:after="0"/>
        <w:ind w:left="360" w:hanging="360"/>
        <w:rPr>
          <w:rFonts w:asciiTheme="majorHAnsi" w:eastAsia="Didact Gothic" w:hAnsiTheme="majorHAnsi" w:cstheme="majorHAnsi"/>
          <w:color w:val="000000"/>
          <w:sz w:val="12"/>
          <w:szCs w:val="12"/>
        </w:rPr>
      </w:pPr>
    </w:p>
    <w:p w14:paraId="4498C05D" w14:textId="20B45589" w:rsidR="002D6374" w:rsidRPr="00B923F3" w:rsidRDefault="00000000">
      <w:pPr>
        <w:numPr>
          <w:ilvl w:val="0"/>
          <w:numId w:val="2"/>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How does Emma get to the bakery?</w:t>
      </w:r>
      <w:r w:rsidR="00B923F3">
        <w:rPr>
          <w:rFonts w:asciiTheme="majorHAnsi" w:eastAsia="Didact Gothic" w:hAnsiTheme="majorHAnsi" w:cstheme="majorHAnsi"/>
          <w:color w:val="000000"/>
          <w:sz w:val="24"/>
          <w:szCs w:val="24"/>
        </w:rPr>
        <w:t xml:space="preserve"> ______________________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______________</w:t>
      </w:r>
    </w:p>
    <w:p w14:paraId="0204FB98" w14:textId="77777777" w:rsidR="00B923F3" w:rsidRDefault="00B923F3">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130336F0" w14:textId="77777777" w:rsidR="00F37120" w:rsidRPr="004C00C7" w:rsidRDefault="00F37120">
      <w:pPr>
        <w:pBdr>
          <w:top w:val="nil"/>
          <w:left w:val="nil"/>
          <w:bottom w:val="nil"/>
          <w:right w:val="nil"/>
          <w:between w:val="nil"/>
        </w:pBdr>
        <w:spacing w:after="0"/>
        <w:ind w:left="360" w:hanging="360"/>
        <w:rPr>
          <w:rFonts w:asciiTheme="majorHAnsi" w:eastAsia="Didact Gothic" w:hAnsiTheme="majorHAnsi" w:cstheme="majorHAnsi"/>
          <w:color w:val="000000"/>
          <w:sz w:val="12"/>
          <w:szCs w:val="12"/>
        </w:rPr>
      </w:pPr>
    </w:p>
    <w:p w14:paraId="3A9A8E1C" w14:textId="703B0B5E" w:rsidR="002D6374" w:rsidRPr="00B923F3" w:rsidRDefault="00000000">
      <w:pPr>
        <w:numPr>
          <w:ilvl w:val="0"/>
          <w:numId w:val="2"/>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Does Emma like her mornings?</w:t>
      </w:r>
      <w:r w:rsidR="00B923F3">
        <w:rPr>
          <w:rFonts w:asciiTheme="majorHAnsi" w:eastAsia="Didact Gothic" w:hAnsiTheme="majorHAnsi" w:cstheme="majorHAnsi"/>
          <w:color w:val="000000"/>
          <w:sz w:val="24"/>
          <w:szCs w:val="24"/>
        </w:rPr>
        <w:t xml:space="preserve"> _____________________________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___________</w:t>
      </w:r>
    </w:p>
    <w:p w14:paraId="564AA203" w14:textId="77777777" w:rsidR="002D6374"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4AC13B73" w14:textId="77777777" w:rsidR="00F37120" w:rsidRPr="004C00C7" w:rsidRDefault="00F37120">
      <w:pPr>
        <w:pBdr>
          <w:top w:val="nil"/>
          <w:left w:val="nil"/>
          <w:bottom w:val="nil"/>
          <w:right w:val="nil"/>
          <w:between w:val="nil"/>
        </w:pBdr>
        <w:spacing w:after="0"/>
        <w:ind w:left="360" w:hanging="360"/>
        <w:rPr>
          <w:rFonts w:asciiTheme="majorHAnsi" w:eastAsia="Didact Gothic" w:hAnsiTheme="majorHAnsi" w:cstheme="majorHAnsi"/>
          <w:color w:val="000000"/>
          <w:sz w:val="12"/>
          <w:szCs w:val="12"/>
        </w:rPr>
      </w:pPr>
    </w:p>
    <w:p w14:paraId="1F46F83B" w14:textId="034B0F93" w:rsidR="002D6374" w:rsidRPr="00B923F3" w:rsidRDefault="00000000">
      <w:pPr>
        <w:numPr>
          <w:ilvl w:val="0"/>
          <w:numId w:val="2"/>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 xml:space="preserve">What does Emma buy </w:t>
      </w:r>
      <w:r w:rsidRPr="00B923F3">
        <w:rPr>
          <w:rFonts w:asciiTheme="majorHAnsi" w:eastAsia="Didact Gothic" w:hAnsiTheme="majorHAnsi" w:cstheme="majorHAnsi"/>
          <w:sz w:val="24"/>
          <w:szCs w:val="24"/>
        </w:rPr>
        <w:t>sometimes</w:t>
      </w:r>
      <w:r w:rsidRPr="00B923F3">
        <w:rPr>
          <w:rFonts w:asciiTheme="majorHAnsi" w:eastAsia="Didact Gothic" w:hAnsiTheme="majorHAnsi" w:cstheme="majorHAnsi"/>
          <w:color w:val="000000"/>
          <w:sz w:val="24"/>
          <w:szCs w:val="24"/>
        </w:rPr>
        <w:t>?</w:t>
      </w:r>
      <w:r w:rsidR="00B923F3">
        <w:rPr>
          <w:rFonts w:asciiTheme="majorHAnsi" w:eastAsia="Didact Gothic" w:hAnsiTheme="majorHAnsi" w:cstheme="majorHAnsi"/>
          <w:color w:val="000000"/>
          <w:sz w:val="24"/>
          <w:szCs w:val="24"/>
        </w:rPr>
        <w:t xml:space="preserve"> _____________________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________________</w:t>
      </w:r>
    </w:p>
    <w:p w14:paraId="00ADBDAA" w14:textId="77777777" w:rsidR="002D6374" w:rsidRDefault="002D6374">
      <w:pPr>
        <w:pBdr>
          <w:top w:val="nil"/>
          <w:left w:val="nil"/>
          <w:bottom w:val="nil"/>
          <w:right w:val="nil"/>
          <w:between w:val="nil"/>
        </w:pBdr>
        <w:spacing w:after="0"/>
        <w:rPr>
          <w:rFonts w:asciiTheme="majorHAnsi" w:eastAsia="Didact Gothic" w:hAnsiTheme="majorHAnsi" w:cstheme="majorHAnsi"/>
          <w:color w:val="000000"/>
          <w:sz w:val="24"/>
          <w:szCs w:val="24"/>
        </w:rPr>
      </w:pPr>
    </w:p>
    <w:p w14:paraId="49710A59" w14:textId="77777777" w:rsidR="00F37120" w:rsidRPr="004C00C7" w:rsidRDefault="00F37120">
      <w:pPr>
        <w:pBdr>
          <w:top w:val="nil"/>
          <w:left w:val="nil"/>
          <w:bottom w:val="nil"/>
          <w:right w:val="nil"/>
          <w:between w:val="nil"/>
        </w:pBdr>
        <w:spacing w:after="0"/>
        <w:rPr>
          <w:rFonts w:asciiTheme="majorHAnsi" w:eastAsia="Didact Gothic" w:hAnsiTheme="majorHAnsi" w:cstheme="majorHAnsi"/>
          <w:color w:val="000000"/>
          <w:sz w:val="12"/>
          <w:szCs w:val="12"/>
        </w:rPr>
      </w:pPr>
    </w:p>
    <w:p w14:paraId="707825C8" w14:textId="37B5501B" w:rsidR="002D6374" w:rsidRPr="00B923F3" w:rsidRDefault="00000000">
      <w:pPr>
        <w:pBdr>
          <w:top w:val="nil"/>
          <w:left w:val="nil"/>
          <w:bottom w:val="nil"/>
          <w:right w:val="nil"/>
          <w:between w:val="nil"/>
        </w:pBdr>
        <w:ind w:left="720" w:hanging="36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10. What word tells you she is happy with her routine?</w:t>
      </w:r>
      <w:r w:rsidR="00B923F3">
        <w:rPr>
          <w:rFonts w:asciiTheme="majorHAnsi" w:eastAsia="Didact Gothic" w:hAnsiTheme="majorHAnsi" w:cstheme="majorHAnsi"/>
          <w:color w:val="000000"/>
          <w:sz w:val="24"/>
          <w:szCs w:val="24"/>
        </w:rPr>
        <w:t xml:space="preserve"> ________________</w:t>
      </w:r>
      <w:r w:rsidR="00F37120">
        <w:rPr>
          <w:rFonts w:asciiTheme="majorHAnsi" w:eastAsia="Didact Gothic" w:hAnsiTheme="majorHAnsi" w:cstheme="majorHAnsi"/>
          <w:color w:val="000000"/>
          <w:sz w:val="24"/>
          <w:szCs w:val="24"/>
        </w:rPr>
        <w:t>__________________</w:t>
      </w:r>
      <w:r w:rsidR="00B923F3">
        <w:rPr>
          <w:rFonts w:asciiTheme="majorHAnsi" w:eastAsia="Didact Gothic" w:hAnsiTheme="majorHAnsi" w:cstheme="majorHAnsi"/>
          <w:color w:val="000000"/>
          <w:sz w:val="24"/>
          <w:szCs w:val="24"/>
        </w:rPr>
        <w:t>________</w:t>
      </w:r>
    </w:p>
    <w:p w14:paraId="59AD430A" w14:textId="77777777" w:rsidR="00B923F3" w:rsidRDefault="00B923F3">
      <w:pPr>
        <w:pStyle w:val="Heading2"/>
        <w:rPr>
          <w:rFonts w:asciiTheme="majorHAnsi" w:eastAsia="Didact Gothic" w:hAnsiTheme="majorHAnsi" w:cstheme="majorHAnsi"/>
          <w:sz w:val="24"/>
          <w:szCs w:val="24"/>
        </w:rPr>
      </w:pPr>
    </w:p>
    <w:p w14:paraId="30B69927" w14:textId="77777777" w:rsidR="00B923F3" w:rsidRPr="00B923F3" w:rsidRDefault="00B923F3" w:rsidP="00B923F3">
      <w:pPr>
        <w:sectPr w:rsidR="00B923F3" w:rsidRPr="00B923F3" w:rsidSect="005127B4">
          <w:headerReference w:type="default" r:id="rId10"/>
          <w:footerReference w:type="default" r:id="rId11"/>
          <w:type w:val="continuous"/>
          <w:pgSz w:w="12240" w:h="15840"/>
          <w:pgMar w:top="720" w:right="720" w:bottom="720" w:left="720" w:header="720" w:footer="720" w:gutter="0"/>
          <w:pgNumType w:start="3"/>
          <w:cols w:space="720"/>
          <w:docGrid w:linePitch="299"/>
        </w:sectPr>
      </w:pPr>
    </w:p>
    <w:p w14:paraId="23CDEE1A" w14:textId="77777777" w:rsidR="002D6374" w:rsidRPr="00B923F3" w:rsidRDefault="00000000">
      <w:pPr>
        <w:pStyle w:val="Heading2"/>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 xml:space="preserve">Section 2: Math Assessment (22 </w:t>
      </w:r>
      <w:proofErr w:type="gramStart"/>
      <w:r w:rsidRPr="00B923F3">
        <w:rPr>
          <w:rFonts w:asciiTheme="majorHAnsi" w:eastAsia="Didact Gothic" w:hAnsiTheme="majorHAnsi" w:cstheme="majorHAnsi"/>
          <w:sz w:val="24"/>
          <w:szCs w:val="24"/>
        </w:rPr>
        <w:t>marks )</w:t>
      </w:r>
      <w:proofErr w:type="gramEnd"/>
    </w:p>
    <w:p w14:paraId="2E343297" w14:textId="77777777" w:rsidR="002D6374" w:rsidRPr="00B923F3" w:rsidRDefault="002D6374">
      <w:pPr>
        <w:rPr>
          <w:rFonts w:asciiTheme="majorHAnsi" w:eastAsia="Didact Gothic" w:hAnsiTheme="majorHAnsi" w:cstheme="majorHAnsi"/>
          <w:sz w:val="24"/>
          <w:szCs w:val="24"/>
        </w:rPr>
      </w:pPr>
    </w:p>
    <w:p w14:paraId="238587D9"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b/>
          <w:bCs/>
          <w:sz w:val="24"/>
          <w:szCs w:val="24"/>
        </w:rPr>
        <w:t>1. Add (1 mark each)</w:t>
      </w:r>
    </w:p>
    <w:p w14:paraId="54B96420" w14:textId="01746666" w:rsidR="002D6374" w:rsidRPr="00B923F3" w:rsidRDefault="00000000">
      <w:pPr>
        <w:numPr>
          <w:ilvl w:val="0"/>
          <w:numId w:val="1"/>
        </w:num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17</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 xml:space="preserve">6 = </w:t>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t>b) 9</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 xml:space="preserve">7 = </w:t>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t>c</w:t>
      </w:r>
      <w:proofErr w:type="gramStart"/>
      <w:r w:rsidRPr="00B923F3">
        <w:rPr>
          <w:rFonts w:asciiTheme="majorHAnsi" w:eastAsia="Didact Gothic" w:hAnsiTheme="majorHAnsi" w:cstheme="majorHAnsi"/>
          <w:sz w:val="24"/>
          <w:szCs w:val="24"/>
        </w:rPr>
        <w:t>)  34</w:t>
      </w:r>
      <w:proofErr w:type="gramEnd"/>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22=</w:t>
      </w:r>
    </w:p>
    <w:p w14:paraId="674306B9" w14:textId="77777777" w:rsidR="002D6374" w:rsidRPr="00B923F3" w:rsidRDefault="002D6374">
      <w:pPr>
        <w:rPr>
          <w:rFonts w:asciiTheme="majorHAnsi" w:eastAsia="Didact Gothic" w:hAnsiTheme="majorHAnsi" w:cstheme="majorHAnsi"/>
          <w:sz w:val="24"/>
          <w:szCs w:val="24"/>
        </w:rPr>
      </w:pPr>
    </w:p>
    <w:p w14:paraId="1165E504" w14:textId="77777777" w:rsidR="002D6374" w:rsidRPr="00B923F3" w:rsidRDefault="002D6374">
      <w:pPr>
        <w:rPr>
          <w:rFonts w:asciiTheme="majorHAnsi" w:eastAsia="Didact Gothic" w:hAnsiTheme="majorHAnsi" w:cstheme="majorHAnsi"/>
          <w:sz w:val="24"/>
          <w:szCs w:val="24"/>
        </w:rPr>
      </w:pPr>
    </w:p>
    <w:p w14:paraId="0D0F7CF5" w14:textId="77777777" w:rsidR="002D6374" w:rsidRPr="00B923F3" w:rsidRDefault="00000000">
      <w:pPr>
        <w:rPr>
          <w:rFonts w:asciiTheme="majorHAnsi" w:eastAsia="Didact Gothic" w:hAnsiTheme="majorHAnsi" w:cstheme="majorHAnsi"/>
          <w:b/>
          <w:bCs/>
          <w:sz w:val="24"/>
          <w:szCs w:val="24"/>
        </w:rPr>
      </w:pPr>
      <w:r w:rsidRPr="00B923F3">
        <w:rPr>
          <w:rFonts w:asciiTheme="majorHAnsi" w:eastAsia="Didact Gothic" w:hAnsiTheme="majorHAnsi" w:cstheme="majorHAnsi"/>
          <w:b/>
          <w:bCs/>
          <w:sz w:val="24"/>
          <w:szCs w:val="24"/>
        </w:rPr>
        <w:t>2. Subtract (1 mark each)</w:t>
      </w:r>
    </w:p>
    <w:p w14:paraId="263986D1" w14:textId="3591298B" w:rsidR="002D6374" w:rsidRPr="00B923F3" w:rsidRDefault="00000000">
      <w:pPr>
        <w:numPr>
          <w:ilvl w:val="0"/>
          <w:numId w:val="4"/>
        </w:num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15</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6=</w:t>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t>b) 26</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12=</w:t>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t>c) 54</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17=</w:t>
      </w:r>
    </w:p>
    <w:p w14:paraId="07F5C22B" w14:textId="77777777" w:rsidR="002D6374" w:rsidRPr="00B923F3" w:rsidRDefault="002D6374">
      <w:pPr>
        <w:rPr>
          <w:rFonts w:asciiTheme="majorHAnsi" w:eastAsia="Didact Gothic" w:hAnsiTheme="majorHAnsi" w:cstheme="majorHAnsi"/>
          <w:sz w:val="24"/>
          <w:szCs w:val="24"/>
        </w:rPr>
      </w:pPr>
    </w:p>
    <w:p w14:paraId="7A268E9C" w14:textId="77777777" w:rsidR="002D6374" w:rsidRPr="00B923F3" w:rsidRDefault="002D6374">
      <w:pPr>
        <w:rPr>
          <w:rFonts w:asciiTheme="majorHAnsi" w:eastAsia="Didact Gothic" w:hAnsiTheme="majorHAnsi" w:cstheme="majorHAnsi"/>
          <w:sz w:val="24"/>
          <w:szCs w:val="24"/>
        </w:rPr>
      </w:pPr>
    </w:p>
    <w:p w14:paraId="3439F035" w14:textId="77777777" w:rsidR="002D6374" w:rsidRPr="00B923F3" w:rsidRDefault="00000000">
      <w:pPr>
        <w:rPr>
          <w:rFonts w:asciiTheme="majorHAnsi" w:eastAsia="Didact Gothic" w:hAnsiTheme="majorHAnsi" w:cstheme="majorHAnsi"/>
          <w:b/>
          <w:bCs/>
          <w:sz w:val="24"/>
          <w:szCs w:val="24"/>
        </w:rPr>
      </w:pPr>
      <w:r w:rsidRPr="00B923F3">
        <w:rPr>
          <w:rFonts w:asciiTheme="majorHAnsi" w:eastAsia="Didact Gothic" w:hAnsiTheme="majorHAnsi" w:cstheme="majorHAnsi"/>
          <w:b/>
          <w:bCs/>
          <w:sz w:val="24"/>
          <w:szCs w:val="24"/>
        </w:rPr>
        <w:t>3. Multiply (1 mark each)</w:t>
      </w:r>
    </w:p>
    <w:p w14:paraId="2DC0ECB5" w14:textId="74B5FDCE" w:rsidR="002D6374" w:rsidRPr="00B923F3" w:rsidRDefault="00000000">
      <w:pPr>
        <w:numPr>
          <w:ilvl w:val="0"/>
          <w:numId w:val="4"/>
        </w:num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6</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x</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8=</w:t>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t>b) 12</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x</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12=</w:t>
      </w:r>
      <w:r w:rsidRPr="00B923F3">
        <w:rPr>
          <w:rFonts w:asciiTheme="majorHAnsi" w:eastAsia="Didact Gothic" w:hAnsiTheme="majorHAnsi" w:cstheme="majorHAnsi"/>
          <w:sz w:val="24"/>
          <w:szCs w:val="24"/>
        </w:rPr>
        <w:tab/>
      </w:r>
      <w:r w:rsidRPr="00B923F3">
        <w:rPr>
          <w:rFonts w:asciiTheme="majorHAnsi" w:eastAsia="Didact Gothic" w:hAnsiTheme="majorHAnsi" w:cstheme="majorHAnsi"/>
          <w:sz w:val="24"/>
          <w:szCs w:val="24"/>
        </w:rPr>
        <w:tab/>
        <w:t>c) 22</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x</w:t>
      </w:r>
      <w:r w:rsidR="00F37120">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3=</w:t>
      </w:r>
    </w:p>
    <w:p w14:paraId="5D45B238" w14:textId="77777777" w:rsidR="002D6374" w:rsidRPr="00B923F3" w:rsidRDefault="002D6374">
      <w:pPr>
        <w:rPr>
          <w:rFonts w:asciiTheme="majorHAnsi" w:eastAsia="Didact Gothic" w:hAnsiTheme="majorHAnsi" w:cstheme="majorHAnsi"/>
          <w:sz w:val="24"/>
          <w:szCs w:val="24"/>
        </w:rPr>
      </w:pPr>
    </w:p>
    <w:p w14:paraId="55D2FFB6" w14:textId="77777777" w:rsidR="002D6374" w:rsidRPr="00B923F3" w:rsidRDefault="002D6374">
      <w:pPr>
        <w:rPr>
          <w:rFonts w:asciiTheme="majorHAnsi" w:eastAsia="Didact Gothic" w:hAnsiTheme="majorHAnsi" w:cstheme="majorHAnsi"/>
          <w:sz w:val="24"/>
          <w:szCs w:val="24"/>
        </w:rPr>
      </w:pPr>
    </w:p>
    <w:p w14:paraId="1AA8BC24" w14:textId="04D6CB57" w:rsidR="002D6374" w:rsidRPr="00B923F3" w:rsidRDefault="00000000">
      <w:pPr>
        <w:rPr>
          <w:rFonts w:asciiTheme="majorHAnsi" w:eastAsia="Didact Gothic" w:hAnsiTheme="majorHAnsi" w:cstheme="majorHAnsi"/>
          <w:b/>
          <w:bCs/>
          <w:sz w:val="24"/>
          <w:szCs w:val="24"/>
        </w:rPr>
      </w:pPr>
      <w:r w:rsidRPr="00B923F3">
        <w:rPr>
          <w:rFonts w:asciiTheme="majorHAnsi" w:eastAsia="Didact Gothic" w:hAnsiTheme="majorHAnsi" w:cstheme="majorHAnsi"/>
          <w:b/>
          <w:bCs/>
          <w:sz w:val="24"/>
          <w:szCs w:val="24"/>
        </w:rPr>
        <w:t>4. Divide (1 mark each)</w:t>
      </w:r>
    </w:p>
    <w:p w14:paraId="56466E72" w14:textId="2A9CDB43" w:rsidR="002D6374" w:rsidRPr="00B923F3" w:rsidRDefault="00000000">
      <w:pPr>
        <w:numPr>
          <w:ilvl w:val="0"/>
          <w:numId w:val="4"/>
        </w:numPr>
        <w:rPr>
          <w:rFonts w:asciiTheme="majorHAnsi" w:eastAsia="Didact Gothic" w:hAnsiTheme="majorHAnsi" w:cstheme="majorHAnsi"/>
          <w:sz w:val="24"/>
          <w:szCs w:val="24"/>
        </w:rPr>
      </w:pPr>
      <w:sdt>
        <w:sdtPr>
          <w:rPr>
            <w:rFonts w:asciiTheme="majorHAnsi" w:hAnsiTheme="majorHAnsi" w:cstheme="majorHAnsi"/>
          </w:rPr>
          <w:tag w:val="goog_rdk_0"/>
          <w:id w:val="-815999539"/>
        </w:sdtPr>
        <w:sdtContent>
          <w:r w:rsidRPr="00B923F3">
            <w:rPr>
              <w:rFonts w:asciiTheme="majorHAnsi" w:eastAsia="Arial Unicode MS" w:hAnsiTheme="majorHAnsi" w:cstheme="majorHAnsi"/>
              <w:sz w:val="24"/>
              <w:szCs w:val="24"/>
            </w:rPr>
            <w:t>24</w:t>
          </w:r>
          <w:r w:rsidR="00F37120">
            <w:rPr>
              <w:rFonts w:asciiTheme="majorHAnsi" w:eastAsia="Arial Unicode MS" w:hAnsiTheme="majorHAnsi" w:cstheme="majorHAnsi"/>
              <w:sz w:val="24"/>
              <w:szCs w:val="24"/>
            </w:rPr>
            <w:t xml:space="preserve"> </w:t>
          </w:r>
          <w:r w:rsidR="00F37120">
            <w:rPr>
              <w:rFonts w:ascii="Segoe UI Emoji" w:eastAsia="Arial Unicode MS" w:hAnsi="Segoe UI Emoji" w:cs="Segoe UI Emoji"/>
              <w:sz w:val="24"/>
              <w:szCs w:val="24"/>
            </w:rPr>
            <w:t xml:space="preserve">÷ </w:t>
          </w:r>
          <w:r w:rsidRPr="00B923F3">
            <w:rPr>
              <w:rFonts w:asciiTheme="majorHAnsi" w:eastAsia="Arial Unicode MS" w:hAnsiTheme="majorHAnsi" w:cstheme="majorHAnsi"/>
              <w:sz w:val="24"/>
              <w:szCs w:val="24"/>
            </w:rPr>
            <w:t>3 =</w:t>
          </w:r>
          <w:r w:rsidRPr="00B923F3">
            <w:rPr>
              <w:rFonts w:asciiTheme="majorHAnsi" w:eastAsia="Arial Unicode MS" w:hAnsiTheme="majorHAnsi" w:cstheme="majorHAnsi"/>
              <w:sz w:val="24"/>
              <w:szCs w:val="24"/>
            </w:rPr>
            <w:tab/>
          </w:r>
          <w:r w:rsidRPr="00B923F3">
            <w:rPr>
              <w:rFonts w:asciiTheme="majorHAnsi" w:eastAsia="Arial Unicode MS" w:hAnsiTheme="majorHAnsi" w:cstheme="majorHAnsi"/>
              <w:sz w:val="24"/>
              <w:szCs w:val="24"/>
            </w:rPr>
            <w:tab/>
          </w:r>
          <w:r w:rsidRPr="00B923F3">
            <w:rPr>
              <w:rFonts w:asciiTheme="majorHAnsi" w:eastAsia="Arial Unicode MS" w:hAnsiTheme="majorHAnsi" w:cstheme="majorHAnsi"/>
              <w:sz w:val="24"/>
              <w:szCs w:val="24"/>
            </w:rPr>
            <w:tab/>
          </w:r>
          <w:r w:rsidRPr="00B923F3">
            <w:rPr>
              <w:rFonts w:asciiTheme="majorHAnsi" w:eastAsia="Arial Unicode MS" w:hAnsiTheme="majorHAnsi" w:cstheme="majorHAnsi"/>
              <w:sz w:val="24"/>
              <w:szCs w:val="24"/>
            </w:rPr>
            <w:tab/>
            <w:t>b) 81</w:t>
          </w:r>
          <w:r w:rsidR="00F37120">
            <w:rPr>
              <w:rFonts w:asciiTheme="majorHAnsi" w:eastAsia="Arial Unicode MS" w:hAnsiTheme="majorHAnsi" w:cstheme="majorHAnsi"/>
              <w:sz w:val="24"/>
              <w:szCs w:val="24"/>
            </w:rPr>
            <w:t xml:space="preserve"> </w:t>
          </w:r>
          <w:r w:rsidR="00F37120">
            <w:rPr>
              <w:rFonts w:ascii="Segoe UI Emoji" w:eastAsia="Arial Unicode MS" w:hAnsi="Segoe UI Emoji" w:cs="Segoe UI Emoji"/>
              <w:sz w:val="24"/>
              <w:szCs w:val="24"/>
            </w:rPr>
            <w:t xml:space="preserve">÷ </w:t>
          </w:r>
          <w:r w:rsidRPr="00B923F3">
            <w:rPr>
              <w:rFonts w:asciiTheme="majorHAnsi" w:eastAsia="Arial Unicode MS" w:hAnsiTheme="majorHAnsi" w:cstheme="majorHAnsi"/>
              <w:sz w:val="24"/>
              <w:szCs w:val="24"/>
            </w:rPr>
            <w:t>3=</w:t>
          </w:r>
          <w:r w:rsidRPr="00B923F3">
            <w:rPr>
              <w:rFonts w:asciiTheme="majorHAnsi" w:eastAsia="Arial Unicode MS" w:hAnsiTheme="majorHAnsi" w:cstheme="majorHAnsi"/>
              <w:sz w:val="24"/>
              <w:szCs w:val="24"/>
            </w:rPr>
            <w:tab/>
          </w:r>
          <w:r w:rsidRPr="00B923F3">
            <w:rPr>
              <w:rFonts w:asciiTheme="majorHAnsi" w:eastAsia="Arial Unicode MS" w:hAnsiTheme="majorHAnsi" w:cstheme="majorHAnsi"/>
              <w:sz w:val="24"/>
              <w:szCs w:val="24"/>
            </w:rPr>
            <w:tab/>
            <w:t>c) 60</w:t>
          </w:r>
        </w:sdtContent>
      </w:sdt>
      <w:sdt>
        <w:sdtPr>
          <w:rPr>
            <w:rFonts w:asciiTheme="majorHAnsi" w:hAnsiTheme="majorHAnsi" w:cstheme="majorHAnsi"/>
          </w:rPr>
          <w:tag w:val="goog_rdk_1"/>
          <w:id w:val="-1399638256"/>
        </w:sdtPr>
        <w:sdtContent>
          <w:r w:rsidR="00F37120">
            <w:rPr>
              <w:rFonts w:asciiTheme="majorHAnsi" w:hAnsiTheme="majorHAnsi" w:cstheme="majorHAnsi"/>
            </w:rPr>
            <w:t xml:space="preserve"> </w:t>
          </w:r>
          <w:r w:rsidR="00F37120">
            <w:rPr>
              <w:rFonts w:ascii="Segoe UI Emoji" w:eastAsia="Arial Unicode MS" w:hAnsi="Segoe UI Emoji" w:cs="Segoe UI Emoji"/>
              <w:color w:val="20124D"/>
              <w:sz w:val="24"/>
              <w:szCs w:val="24"/>
            </w:rPr>
            <w:t xml:space="preserve">÷ </w:t>
          </w:r>
        </w:sdtContent>
      </w:sdt>
      <w:r w:rsidRPr="00B923F3">
        <w:rPr>
          <w:rFonts w:asciiTheme="majorHAnsi" w:eastAsia="Didact Gothic" w:hAnsiTheme="majorHAnsi" w:cstheme="majorHAnsi"/>
          <w:sz w:val="24"/>
          <w:szCs w:val="24"/>
        </w:rPr>
        <w:t>15=</w:t>
      </w:r>
    </w:p>
    <w:p w14:paraId="6707DC2F" w14:textId="77777777" w:rsidR="002D6374" w:rsidRPr="00B923F3" w:rsidRDefault="002D6374">
      <w:pPr>
        <w:rPr>
          <w:rFonts w:asciiTheme="majorHAnsi" w:eastAsia="Didact Gothic" w:hAnsiTheme="majorHAnsi" w:cstheme="majorHAnsi"/>
          <w:sz w:val="24"/>
          <w:szCs w:val="24"/>
        </w:rPr>
      </w:pPr>
    </w:p>
    <w:p w14:paraId="3396EFEF" w14:textId="77777777" w:rsidR="002D6374" w:rsidRPr="00B923F3" w:rsidRDefault="00000000">
      <w:pPr>
        <w:rPr>
          <w:rFonts w:asciiTheme="majorHAnsi" w:eastAsia="Didact Gothic" w:hAnsiTheme="majorHAnsi" w:cstheme="majorHAnsi"/>
          <w:b/>
          <w:bCs/>
          <w:sz w:val="24"/>
          <w:szCs w:val="24"/>
        </w:rPr>
      </w:pPr>
      <w:r w:rsidRPr="00B923F3">
        <w:rPr>
          <w:rFonts w:asciiTheme="majorHAnsi" w:eastAsia="Didact Gothic" w:hAnsiTheme="majorHAnsi" w:cstheme="majorHAnsi"/>
          <w:b/>
          <w:bCs/>
          <w:sz w:val="24"/>
          <w:szCs w:val="24"/>
        </w:rPr>
        <w:t>Answer the following word problems: (1 mark each)</w:t>
      </w:r>
    </w:p>
    <w:p w14:paraId="75F09555" w14:textId="77777777"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Emma buys 2 loaves of bread. Each cost $3. How much does she spend?</w:t>
      </w:r>
    </w:p>
    <w:p w14:paraId="299DD41E"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26DF4EA7"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5FD928A5"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28F922D3" w14:textId="77777777"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 xml:space="preserve">She also buys 1 </w:t>
      </w:r>
      <w:proofErr w:type="spellStart"/>
      <w:r w:rsidRPr="00B923F3">
        <w:rPr>
          <w:rFonts w:asciiTheme="majorHAnsi" w:eastAsia="Didact Gothic" w:hAnsiTheme="majorHAnsi" w:cstheme="majorHAnsi"/>
          <w:color w:val="000000"/>
          <w:sz w:val="24"/>
          <w:szCs w:val="24"/>
        </w:rPr>
        <w:t>litre</w:t>
      </w:r>
      <w:proofErr w:type="spellEnd"/>
      <w:r w:rsidRPr="00B923F3">
        <w:rPr>
          <w:rFonts w:asciiTheme="majorHAnsi" w:eastAsia="Didact Gothic" w:hAnsiTheme="majorHAnsi" w:cstheme="majorHAnsi"/>
          <w:color w:val="000000"/>
          <w:sz w:val="24"/>
          <w:szCs w:val="24"/>
        </w:rPr>
        <w:t xml:space="preserve"> of milk for $2. What is the total </w:t>
      </w:r>
      <w:r w:rsidRPr="00B923F3">
        <w:rPr>
          <w:rFonts w:asciiTheme="majorHAnsi" w:eastAsia="Didact Gothic" w:hAnsiTheme="majorHAnsi" w:cstheme="majorHAnsi"/>
          <w:sz w:val="24"/>
          <w:szCs w:val="24"/>
        </w:rPr>
        <w:t>for the bread and milk</w:t>
      </w:r>
      <w:r w:rsidRPr="00B923F3">
        <w:rPr>
          <w:rFonts w:asciiTheme="majorHAnsi" w:eastAsia="Didact Gothic" w:hAnsiTheme="majorHAnsi" w:cstheme="majorHAnsi"/>
          <w:color w:val="000000"/>
          <w:sz w:val="24"/>
          <w:szCs w:val="24"/>
        </w:rPr>
        <w:t>?</w:t>
      </w:r>
    </w:p>
    <w:p w14:paraId="78B9CD2B"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0B00E6A2"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3C9C79A4"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59F36989" w14:textId="77777777"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If Emma gives the cashier $10, how much change does she get back?</w:t>
      </w:r>
    </w:p>
    <w:p w14:paraId="6A248841"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2C25CE7C" w14:textId="1D655178" w:rsidR="00F37120" w:rsidRPr="00F37120" w:rsidRDefault="00F37120" w:rsidP="00F37120">
      <w:pPr>
        <w:rPr>
          <w:rFonts w:asciiTheme="majorHAnsi" w:eastAsia="Didact Gothic" w:hAnsiTheme="majorHAnsi" w:cstheme="majorHAnsi"/>
          <w:b/>
          <w:bCs/>
          <w:sz w:val="24"/>
          <w:szCs w:val="24"/>
        </w:rPr>
      </w:pPr>
      <w:r w:rsidRPr="00B923F3">
        <w:rPr>
          <w:rFonts w:asciiTheme="majorHAnsi" w:eastAsia="Didact Gothic" w:hAnsiTheme="majorHAnsi" w:cstheme="majorHAnsi"/>
          <w:b/>
          <w:bCs/>
          <w:sz w:val="24"/>
          <w:szCs w:val="24"/>
        </w:rPr>
        <w:lastRenderedPageBreak/>
        <w:t>Answer the following word problems: (1 mark each)</w:t>
      </w:r>
    </w:p>
    <w:p w14:paraId="416F29E9" w14:textId="77777777" w:rsidR="00F37120" w:rsidRDefault="00F37120" w:rsidP="00F37120">
      <w:pPr>
        <w:pStyle w:val="ListParagraph"/>
        <w:rPr>
          <w:rFonts w:asciiTheme="majorHAnsi" w:eastAsia="Didact Gothic" w:hAnsiTheme="majorHAnsi" w:cstheme="majorHAnsi"/>
          <w:color w:val="000000"/>
          <w:sz w:val="24"/>
          <w:szCs w:val="24"/>
        </w:rPr>
      </w:pPr>
    </w:p>
    <w:p w14:paraId="7D30A11B" w14:textId="71FA5899"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Emma walks to the bakery in 15 minutes and back home in 15 minutes. How many minutes does she walk in total?</w:t>
      </w:r>
    </w:p>
    <w:p w14:paraId="4DA17A2D"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46D8E371"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0018A268"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4C1B1C4A"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471918AD" w14:textId="77777777"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Emma buys 4 apples. Each apple costs $0.50. What is the total cost?</w:t>
      </w:r>
    </w:p>
    <w:p w14:paraId="7CF8817E"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648CB05D"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0456C7B7"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1038687D"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5F0D2EF1" w14:textId="77777777"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If she buys 3 loaves of bread, how much will she pay at $3 each?</w:t>
      </w:r>
    </w:p>
    <w:p w14:paraId="17CEC1D9"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71EF63B1"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627A460E"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07DE84D2"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7E9A17D2" w14:textId="77777777"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Emma goes to the bakery 5 days a week. How many days does she not go?</w:t>
      </w:r>
    </w:p>
    <w:p w14:paraId="7890C195"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645F595A"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38F3C503"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7AD9CC78"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10860345"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0038224C" w14:textId="77777777"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One morning, Emma leaves at 8:00 a.m. and gets home at 8:30 a.m. How long is she gone?</w:t>
      </w:r>
    </w:p>
    <w:p w14:paraId="048861E1"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7F1FA4EA"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26F6652C"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55940CCB"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2BBBB059" w14:textId="77777777"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Emma saves $2 each day. How much will she save after 7 days?</w:t>
      </w:r>
    </w:p>
    <w:p w14:paraId="5A690FAF"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0B8BA61D"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07704B7B"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7A0C4FD9"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45603171"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sz w:val="24"/>
          <w:szCs w:val="24"/>
        </w:rPr>
      </w:pPr>
    </w:p>
    <w:p w14:paraId="16558E66" w14:textId="77777777" w:rsidR="002D6374" w:rsidRPr="00B923F3" w:rsidRDefault="00000000">
      <w:pPr>
        <w:numPr>
          <w:ilvl w:val="0"/>
          <w:numId w:val="3"/>
        </w:numPr>
        <w:pBdr>
          <w:top w:val="nil"/>
          <w:left w:val="nil"/>
          <w:bottom w:val="nil"/>
          <w:right w:val="nil"/>
          <w:between w:val="nil"/>
        </w:pBdr>
        <w:spacing w:after="0"/>
        <w:rPr>
          <w:rFonts w:asciiTheme="majorHAnsi" w:eastAsia="Didact Gothic" w:hAnsiTheme="majorHAnsi" w:cstheme="majorHAnsi"/>
          <w:sz w:val="24"/>
          <w:szCs w:val="24"/>
        </w:rPr>
      </w:pPr>
      <w:r w:rsidRPr="00B923F3">
        <w:rPr>
          <w:rFonts w:asciiTheme="majorHAnsi" w:eastAsia="Didact Gothic" w:hAnsiTheme="majorHAnsi" w:cstheme="majorHAnsi"/>
          <w:color w:val="000000"/>
          <w:sz w:val="24"/>
          <w:szCs w:val="24"/>
        </w:rPr>
        <w:t>Bread costs $3, milk $2, and apples $2.50. What is the total cost for one of each item?</w:t>
      </w:r>
    </w:p>
    <w:p w14:paraId="6B44AA6E" w14:textId="77777777" w:rsidR="002D6374" w:rsidRPr="00B923F3" w:rsidRDefault="002D6374">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4FF77054" w14:textId="5426CE0C" w:rsidR="002D6374" w:rsidRPr="00B923F3" w:rsidRDefault="00000000">
      <w:pPr>
        <w:pStyle w:val="Heading2"/>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lastRenderedPageBreak/>
        <w:t>Part 3: Oral R</w:t>
      </w:r>
      <w:r w:rsidR="00B923F3">
        <w:rPr>
          <w:rFonts w:asciiTheme="majorHAnsi" w:eastAsia="Didact Gothic" w:hAnsiTheme="majorHAnsi" w:cstheme="majorHAnsi"/>
          <w:sz w:val="24"/>
          <w:szCs w:val="24"/>
        </w:rPr>
        <w:t>e</w:t>
      </w:r>
      <w:r w:rsidRPr="00B923F3">
        <w:rPr>
          <w:rFonts w:asciiTheme="majorHAnsi" w:eastAsia="Didact Gothic" w:hAnsiTheme="majorHAnsi" w:cstheme="majorHAnsi"/>
          <w:sz w:val="24"/>
          <w:szCs w:val="24"/>
        </w:rPr>
        <w:t>ading Assessment (10 marks)</w:t>
      </w:r>
    </w:p>
    <w:p w14:paraId="629D2C44" w14:textId="77777777" w:rsidR="002D6374" w:rsidRDefault="002D6374">
      <w:pPr>
        <w:rPr>
          <w:rFonts w:asciiTheme="majorHAnsi" w:eastAsia="Didact Gothic" w:hAnsiTheme="majorHAnsi" w:cstheme="majorHAnsi"/>
          <w:sz w:val="24"/>
          <w:szCs w:val="24"/>
        </w:rPr>
      </w:pPr>
    </w:p>
    <w:p w14:paraId="63EA0B1D" w14:textId="24B94409" w:rsidR="002034FF" w:rsidRPr="00F37120" w:rsidRDefault="002034FF">
      <w:pPr>
        <w:rPr>
          <w:rFonts w:asciiTheme="majorHAnsi" w:eastAsia="Didact Gothic" w:hAnsiTheme="majorHAnsi" w:cstheme="majorHAnsi"/>
          <w:b/>
          <w:bCs/>
          <w:sz w:val="24"/>
          <w:szCs w:val="24"/>
        </w:rPr>
      </w:pPr>
      <w:r>
        <w:rPr>
          <w:rFonts w:asciiTheme="majorHAnsi" w:eastAsia="Didact Gothic" w:hAnsiTheme="majorHAnsi" w:cstheme="majorHAnsi"/>
          <w:b/>
          <w:bCs/>
          <w:sz w:val="24"/>
          <w:szCs w:val="24"/>
        </w:rPr>
        <w:t>The instructor will read you this story and then ask you questions.</w:t>
      </w:r>
    </w:p>
    <w:p w14:paraId="42B8202B" w14:textId="4CC7B4B6" w:rsidR="002D6374"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b/>
          <w:bCs/>
          <w:sz w:val="24"/>
          <w:szCs w:val="24"/>
        </w:rPr>
        <w:t>Story:</w:t>
      </w:r>
      <w:r w:rsidRPr="00B923F3">
        <w:rPr>
          <w:rFonts w:asciiTheme="majorHAnsi" w:eastAsia="Didact Gothic" w:hAnsiTheme="majorHAnsi" w:cstheme="majorHAnsi"/>
          <w:sz w:val="24"/>
          <w:szCs w:val="24"/>
        </w:rPr>
        <w:br/>
      </w:r>
      <w:r w:rsidRPr="004C00C7">
        <w:rPr>
          <w:rFonts w:asciiTheme="majorHAnsi" w:eastAsia="Didact Gothic" w:hAnsiTheme="majorHAnsi" w:cstheme="majorHAnsi"/>
          <w:sz w:val="28"/>
          <w:szCs w:val="28"/>
        </w:rPr>
        <w:t>Tom works at the local grocery store. He starts work at 8:30 in the morning. He puts fruit and vegetables on the shelves. Tom likes to help customers find what they need. At lunch, he eats a sandwich and drinks water. He finishes work at 4:30 in the afternoon. Tom walks home after work and watches TV with his family.</w:t>
      </w:r>
    </w:p>
    <w:p w14:paraId="6F69440E" w14:textId="77777777" w:rsidR="004C00C7" w:rsidRDefault="004C00C7">
      <w:pPr>
        <w:rPr>
          <w:rFonts w:asciiTheme="majorHAnsi" w:eastAsia="Didact Gothic" w:hAnsiTheme="majorHAnsi" w:cstheme="majorHAnsi"/>
          <w:sz w:val="24"/>
          <w:szCs w:val="24"/>
        </w:rPr>
      </w:pPr>
    </w:p>
    <w:p w14:paraId="1B01B799" w14:textId="77777777" w:rsidR="004C00C7" w:rsidRDefault="004C00C7">
      <w:pPr>
        <w:rPr>
          <w:rFonts w:asciiTheme="majorHAnsi" w:eastAsia="Didact Gothic" w:hAnsiTheme="majorHAnsi" w:cstheme="majorHAnsi"/>
          <w:sz w:val="24"/>
          <w:szCs w:val="24"/>
        </w:rPr>
      </w:pPr>
    </w:p>
    <w:p w14:paraId="46792DA9" w14:textId="77777777" w:rsidR="004C00C7" w:rsidRDefault="004C00C7">
      <w:pPr>
        <w:rPr>
          <w:rFonts w:asciiTheme="majorHAnsi" w:eastAsia="Didact Gothic" w:hAnsiTheme="majorHAnsi" w:cstheme="majorHAnsi"/>
          <w:sz w:val="24"/>
          <w:szCs w:val="24"/>
        </w:rPr>
      </w:pPr>
    </w:p>
    <w:p w14:paraId="7E7E7A4E" w14:textId="77777777" w:rsidR="004C00C7" w:rsidRDefault="004C00C7">
      <w:pPr>
        <w:rPr>
          <w:rFonts w:asciiTheme="majorHAnsi" w:eastAsia="Didact Gothic" w:hAnsiTheme="majorHAnsi" w:cstheme="majorHAnsi"/>
          <w:sz w:val="24"/>
          <w:szCs w:val="24"/>
        </w:rPr>
      </w:pPr>
    </w:p>
    <w:p w14:paraId="5445DDB4" w14:textId="77777777" w:rsidR="004C00C7" w:rsidRDefault="004C00C7">
      <w:pPr>
        <w:rPr>
          <w:rFonts w:asciiTheme="majorHAnsi" w:eastAsia="Didact Gothic" w:hAnsiTheme="majorHAnsi" w:cstheme="majorHAnsi"/>
          <w:sz w:val="24"/>
          <w:szCs w:val="24"/>
        </w:rPr>
      </w:pPr>
    </w:p>
    <w:p w14:paraId="0691D633" w14:textId="77777777" w:rsidR="004C00C7" w:rsidRDefault="004C00C7">
      <w:pPr>
        <w:rPr>
          <w:rFonts w:asciiTheme="majorHAnsi" w:eastAsia="Didact Gothic" w:hAnsiTheme="majorHAnsi" w:cstheme="majorHAnsi"/>
          <w:sz w:val="24"/>
          <w:szCs w:val="24"/>
        </w:rPr>
      </w:pPr>
    </w:p>
    <w:p w14:paraId="75CEC136" w14:textId="77777777" w:rsidR="004C00C7" w:rsidRDefault="004C00C7">
      <w:pPr>
        <w:rPr>
          <w:rFonts w:asciiTheme="majorHAnsi" w:eastAsia="Didact Gothic" w:hAnsiTheme="majorHAnsi" w:cstheme="majorHAnsi"/>
          <w:sz w:val="24"/>
          <w:szCs w:val="24"/>
        </w:rPr>
      </w:pPr>
    </w:p>
    <w:p w14:paraId="344EE26A" w14:textId="77777777" w:rsidR="004C00C7" w:rsidRDefault="004C00C7">
      <w:pPr>
        <w:rPr>
          <w:rFonts w:asciiTheme="majorHAnsi" w:eastAsia="Didact Gothic" w:hAnsiTheme="majorHAnsi" w:cstheme="majorHAnsi"/>
          <w:sz w:val="24"/>
          <w:szCs w:val="24"/>
        </w:rPr>
      </w:pPr>
    </w:p>
    <w:p w14:paraId="267AF7A7" w14:textId="77777777" w:rsidR="004C00C7" w:rsidRDefault="004C00C7">
      <w:pPr>
        <w:rPr>
          <w:rFonts w:asciiTheme="majorHAnsi" w:eastAsia="Didact Gothic" w:hAnsiTheme="majorHAnsi" w:cstheme="majorHAnsi"/>
          <w:sz w:val="24"/>
          <w:szCs w:val="24"/>
        </w:rPr>
      </w:pPr>
    </w:p>
    <w:p w14:paraId="59A8B9D8" w14:textId="77777777" w:rsidR="004C00C7" w:rsidRDefault="004C00C7">
      <w:pPr>
        <w:rPr>
          <w:rFonts w:asciiTheme="majorHAnsi" w:eastAsia="Didact Gothic" w:hAnsiTheme="majorHAnsi" w:cstheme="majorHAnsi"/>
          <w:sz w:val="24"/>
          <w:szCs w:val="24"/>
        </w:rPr>
      </w:pPr>
    </w:p>
    <w:p w14:paraId="3070C404" w14:textId="77777777" w:rsidR="004C00C7" w:rsidRDefault="004C00C7">
      <w:pPr>
        <w:rPr>
          <w:rFonts w:asciiTheme="majorHAnsi" w:eastAsia="Didact Gothic" w:hAnsiTheme="majorHAnsi" w:cstheme="majorHAnsi"/>
          <w:sz w:val="24"/>
          <w:szCs w:val="24"/>
        </w:rPr>
      </w:pPr>
    </w:p>
    <w:p w14:paraId="7103342B" w14:textId="77777777" w:rsidR="004C00C7" w:rsidRDefault="004C00C7">
      <w:pPr>
        <w:rPr>
          <w:rFonts w:asciiTheme="majorHAnsi" w:eastAsia="Didact Gothic" w:hAnsiTheme="majorHAnsi" w:cstheme="majorHAnsi"/>
          <w:sz w:val="24"/>
          <w:szCs w:val="24"/>
        </w:rPr>
      </w:pPr>
    </w:p>
    <w:p w14:paraId="37BF5EDA" w14:textId="77777777" w:rsidR="004C00C7" w:rsidRDefault="004C00C7">
      <w:pPr>
        <w:rPr>
          <w:rFonts w:asciiTheme="majorHAnsi" w:eastAsia="Didact Gothic" w:hAnsiTheme="majorHAnsi" w:cstheme="majorHAnsi"/>
          <w:sz w:val="24"/>
          <w:szCs w:val="24"/>
        </w:rPr>
      </w:pPr>
    </w:p>
    <w:p w14:paraId="68339586" w14:textId="77777777" w:rsidR="004C00C7" w:rsidRDefault="004C00C7">
      <w:pPr>
        <w:rPr>
          <w:rFonts w:asciiTheme="majorHAnsi" w:eastAsia="Didact Gothic" w:hAnsiTheme="majorHAnsi" w:cstheme="majorHAnsi"/>
          <w:sz w:val="24"/>
          <w:szCs w:val="24"/>
        </w:rPr>
      </w:pPr>
    </w:p>
    <w:p w14:paraId="6B030671" w14:textId="77777777" w:rsidR="004C00C7" w:rsidRDefault="004C00C7">
      <w:pPr>
        <w:rPr>
          <w:rFonts w:asciiTheme="majorHAnsi" w:eastAsia="Didact Gothic" w:hAnsiTheme="majorHAnsi" w:cstheme="majorHAnsi"/>
          <w:sz w:val="24"/>
          <w:szCs w:val="24"/>
        </w:rPr>
      </w:pPr>
    </w:p>
    <w:p w14:paraId="1EC2D505" w14:textId="77777777" w:rsidR="004C00C7" w:rsidRDefault="004C00C7">
      <w:pPr>
        <w:rPr>
          <w:rFonts w:asciiTheme="majorHAnsi" w:eastAsia="Didact Gothic" w:hAnsiTheme="majorHAnsi" w:cstheme="majorHAnsi"/>
          <w:b/>
          <w:bCs/>
          <w:sz w:val="24"/>
          <w:szCs w:val="24"/>
        </w:rPr>
      </w:pPr>
    </w:p>
    <w:p w14:paraId="57D10CB6" w14:textId="77777777" w:rsidR="004C00C7" w:rsidRDefault="004C00C7">
      <w:pPr>
        <w:rPr>
          <w:rFonts w:asciiTheme="majorHAnsi" w:eastAsia="Didact Gothic" w:hAnsiTheme="majorHAnsi" w:cstheme="majorHAnsi"/>
          <w:b/>
          <w:bCs/>
          <w:sz w:val="24"/>
          <w:szCs w:val="24"/>
        </w:rPr>
      </w:pPr>
    </w:p>
    <w:p w14:paraId="296602CD" w14:textId="77777777" w:rsidR="004C00C7" w:rsidRDefault="004C00C7">
      <w:pPr>
        <w:rPr>
          <w:rFonts w:asciiTheme="majorHAnsi" w:eastAsia="Didact Gothic" w:hAnsiTheme="majorHAnsi" w:cstheme="majorHAnsi"/>
          <w:b/>
          <w:bCs/>
          <w:sz w:val="24"/>
          <w:szCs w:val="24"/>
        </w:rPr>
      </w:pPr>
    </w:p>
    <w:p w14:paraId="6DBE0863" w14:textId="77777777" w:rsidR="004C00C7" w:rsidRDefault="004C00C7" w:rsidP="004C00C7">
      <w:pPr>
        <w:jc w:val="center"/>
        <w:rPr>
          <w:rFonts w:asciiTheme="majorHAnsi" w:eastAsia="Didact Gothic" w:hAnsiTheme="majorHAnsi" w:cstheme="majorHAnsi"/>
          <w:sz w:val="82"/>
          <w:szCs w:val="82"/>
        </w:rPr>
      </w:pPr>
    </w:p>
    <w:p w14:paraId="0221DF9E" w14:textId="77777777" w:rsidR="004C00C7" w:rsidRDefault="004C00C7" w:rsidP="004C00C7">
      <w:pPr>
        <w:jc w:val="center"/>
        <w:rPr>
          <w:rFonts w:asciiTheme="majorHAnsi" w:eastAsia="Didact Gothic" w:hAnsiTheme="majorHAnsi" w:cstheme="majorHAnsi"/>
          <w:sz w:val="82"/>
          <w:szCs w:val="82"/>
        </w:rPr>
      </w:pPr>
    </w:p>
    <w:p w14:paraId="6AD81174" w14:textId="77777777" w:rsidR="004C00C7" w:rsidRDefault="004C00C7" w:rsidP="004C00C7">
      <w:pPr>
        <w:jc w:val="center"/>
        <w:rPr>
          <w:rFonts w:asciiTheme="majorHAnsi" w:eastAsia="Didact Gothic" w:hAnsiTheme="majorHAnsi" w:cstheme="majorHAnsi"/>
          <w:sz w:val="82"/>
          <w:szCs w:val="82"/>
        </w:rPr>
      </w:pPr>
    </w:p>
    <w:p w14:paraId="540A2E18" w14:textId="688C564F" w:rsidR="004C00C7" w:rsidRDefault="004C00C7" w:rsidP="004C00C7">
      <w:pPr>
        <w:jc w:val="center"/>
        <w:rPr>
          <w:rFonts w:asciiTheme="majorHAnsi" w:eastAsia="Didact Gothic" w:hAnsiTheme="majorHAnsi" w:cstheme="majorHAnsi"/>
          <w:sz w:val="82"/>
          <w:szCs w:val="82"/>
        </w:rPr>
      </w:pPr>
      <w:r>
        <w:rPr>
          <w:rFonts w:asciiTheme="majorHAnsi" w:eastAsia="Didact Gothic" w:hAnsiTheme="majorHAnsi" w:cstheme="majorHAnsi"/>
          <w:sz w:val="82"/>
          <w:szCs w:val="82"/>
        </w:rPr>
        <w:t xml:space="preserve">Functional English </w:t>
      </w:r>
    </w:p>
    <w:p w14:paraId="25972171" w14:textId="77777777" w:rsidR="004C00C7" w:rsidRPr="004C00C7" w:rsidRDefault="004C00C7" w:rsidP="004C00C7">
      <w:pPr>
        <w:jc w:val="center"/>
        <w:rPr>
          <w:rFonts w:asciiTheme="majorHAnsi" w:eastAsia="Didact Gothic" w:hAnsiTheme="majorHAnsi" w:cstheme="majorHAnsi"/>
          <w:sz w:val="70"/>
          <w:szCs w:val="70"/>
        </w:rPr>
      </w:pPr>
      <w:r w:rsidRPr="004C00C7">
        <w:rPr>
          <w:rFonts w:asciiTheme="majorHAnsi" w:eastAsia="Didact Gothic" w:hAnsiTheme="majorHAnsi" w:cstheme="majorHAnsi"/>
          <w:sz w:val="70"/>
          <w:szCs w:val="70"/>
        </w:rPr>
        <w:t>Initial Assessment</w:t>
      </w:r>
    </w:p>
    <w:p w14:paraId="31EAB3E8" w14:textId="77777777" w:rsidR="004C00C7" w:rsidRDefault="004C00C7" w:rsidP="004C00C7">
      <w:pPr>
        <w:jc w:val="center"/>
        <w:rPr>
          <w:rFonts w:asciiTheme="majorHAnsi" w:eastAsia="Didact Gothic" w:hAnsiTheme="majorHAnsi" w:cstheme="majorHAnsi"/>
          <w:sz w:val="82"/>
          <w:szCs w:val="82"/>
        </w:rPr>
      </w:pPr>
    </w:p>
    <w:p w14:paraId="2D03A2DA" w14:textId="77777777" w:rsidR="004C00C7" w:rsidRDefault="004C00C7" w:rsidP="004C00C7">
      <w:pPr>
        <w:jc w:val="center"/>
        <w:rPr>
          <w:rFonts w:asciiTheme="majorHAnsi" w:eastAsia="Didact Gothic" w:hAnsiTheme="majorHAnsi" w:cstheme="majorHAnsi"/>
          <w:sz w:val="82"/>
          <w:szCs w:val="82"/>
        </w:rPr>
      </w:pPr>
    </w:p>
    <w:p w14:paraId="121473A0" w14:textId="1703F5CF" w:rsidR="002034FF" w:rsidRPr="002034FF" w:rsidRDefault="002034FF" w:rsidP="002034FF">
      <w:pPr>
        <w:rPr>
          <w:rFonts w:asciiTheme="majorHAnsi" w:eastAsia="Didact Gothic" w:hAnsiTheme="majorHAnsi" w:cstheme="majorHAnsi"/>
          <w:sz w:val="60"/>
          <w:szCs w:val="60"/>
        </w:rPr>
      </w:pPr>
      <w:r w:rsidRPr="002034FF">
        <w:rPr>
          <w:rFonts w:asciiTheme="majorHAnsi" w:eastAsia="Didact Gothic" w:hAnsiTheme="majorHAnsi" w:cstheme="majorHAnsi"/>
          <w:sz w:val="60"/>
          <w:szCs w:val="60"/>
        </w:rPr>
        <w:t>Name: ___________</w:t>
      </w:r>
    </w:p>
    <w:p w14:paraId="06BF80DB" w14:textId="61D8D9F3" w:rsidR="002034FF" w:rsidRPr="002034FF" w:rsidRDefault="002034FF" w:rsidP="002034FF">
      <w:pPr>
        <w:rPr>
          <w:rFonts w:asciiTheme="majorHAnsi" w:eastAsia="Didact Gothic" w:hAnsiTheme="majorHAnsi" w:cstheme="majorHAnsi"/>
          <w:sz w:val="60"/>
          <w:szCs w:val="60"/>
        </w:rPr>
      </w:pPr>
      <w:r w:rsidRPr="002034FF">
        <w:rPr>
          <w:rFonts w:asciiTheme="majorHAnsi" w:eastAsia="Didact Gothic" w:hAnsiTheme="majorHAnsi" w:cstheme="majorHAnsi"/>
          <w:sz w:val="60"/>
          <w:szCs w:val="60"/>
        </w:rPr>
        <w:t>Date: _____________</w:t>
      </w:r>
    </w:p>
    <w:p w14:paraId="4CA6B560" w14:textId="0DF9B8DB" w:rsidR="004C00C7" w:rsidRPr="002034FF" w:rsidRDefault="002034FF" w:rsidP="002034FF">
      <w:pPr>
        <w:rPr>
          <w:rFonts w:asciiTheme="majorHAnsi" w:eastAsia="Didact Gothic" w:hAnsiTheme="majorHAnsi" w:cstheme="majorHAnsi"/>
          <w:sz w:val="60"/>
          <w:szCs w:val="60"/>
        </w:rPr>
      </w:pPr>
      <w:proofErr w:type="gramStart"/>
      <w:r w:rsidRPr="002034FF">
        <w:rPr>
          <w:rFonts w:asciiTheme="majorHAnsi" w:eastAsia="Didact Gothic" w:hAnsiTheme="majorHAnsi" w:cstheme="majorHAnsi"/>
          <w:sz w:val="60"/>
          <w:szCs w:val="60"/>
        </w:rPr>
        <w:t>Assessor:_</w:t>
      </w:r>
      <w:proofErr w:type="gramEnd"/>
      <w:r w:rsidRPr="002034FF">
        <w:rPr>
          <w:rFonts w:asciiTheme="majorHAnsi" w:eastAsia="Didact Gothic" w:hAnsiTheme="majorHAnsi" w:cstheme="majorHAnsi"/>
          <w:sz w:val="60"/>
          <w:szCs w:val="60"/>
        </w:rPr>
        <w:t>___________</w:t>
      </w:r>
    </w:p>
    <w:p w14:paraId="4899EC47" w14:textId="77777777" w:rsidR="004C00C7" w:rsidRPr="00F37120" w:rsidRDefault="004C00C7">
      <w:pPr>
        <w:rPr>
          <w:rFonts w:asciiTheme="majorHAnsi" w:eastAsia="Didact Gothic" w:hAnsiTheme="majorHAnsi" w:cstheme="majorHAnsi"/>
          <w:b/>
          <w:bCs/>
          <w:sz w:val="24"/>
          <w:szCs w:val="24"/>
        </w:rPr>
      </w:pPr>
    </w:p>
    <w:p w14:paraId="47A6C8E1" w14:textId="77777777" w:rsidR="004C00C7" w:rsidRPr="00B923F3" w:rsidRDefault="004C00C7" w:rsidP="004C00C7">
      <w:pPr>
        <w:pStyle w:val="Heading2"/>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lastRenderedPageBreak/>
        <w:t>Part 3: Oral R</w:t>
      </w:r>
      <w:r>
        <w:rPr>
          <w:rFonts w:asciiTheme="majorHAnsi" w:eastAsia="Didact Gothic" w:hAnsiTheme="majorHAnsi" w:cstheme="majorHAnsi"/>
          <w:sz w:val="24"/>
          <w:szCs w:val="24"/>
        </w:rPr>
        <w:t>e</w:t>
      </w:r>
      <w:r w:rsidRPr="00B923F3">
        <w:rPr>
          <w:rFonts w:asciiTheme="majorHAnsi" w:eastAsia="Didact Gothic" w:hAnsiTheme="majorHAnsi" w:cstheme="majorHAnsi"/>
          <w:sz w:val="24"/>
          <w:szCs w:val="24"/>
        </w:rPr>
        <w:t>ading Assessment (10 marks)</w:t>
      </w:r>
    </w:p>
    <w:p w14:paraId="647544AA" w14:textId="77777777" w:rsidR="004C00C7" w:rsidRDefault="004C00C7" w:rsidP="004C00C7">
      <w:pPr>
        <w:rPr>
          <w:rFonts w:asciiTheme="majorHAnsi" w:eastAsia="Didact Gothic" w:hAnsiTheme="majorHAnsi" w:cstheme="majorHAnsi"/>
          <w:sz w:val="24"/>
          <w:szCs w:val="24"/>
        </w:rPr>
      </w:pPr>
    </w:p>
    <w:p w14:paraId="01D8214D" w14:textId="26218CC4" w:rsidR="004C00C7" w:rsidRPr="00F37120" w:rsidRDefault="002034FF" w:rsidP="004C00C7">
      <w:pPr>
        <w:rPr>
          <w:rFonts w:asciiTheme="majorHAnsi" w:eastAsia="Didact Gothic" w:hAnsiTheme="majorHAnsi" w:cstheme="majorHAnsi"/>
          <w:b/>
          <w:bCs/>
          <w:sz w:val="24"/>
          <w:szCs w:val="24"/>
        </w:rPr>
      </w:pPr>
      <w:r>
        <w:rPr>
          <w:rFonts w:asciiTheme="majorHAnsi" w:eastAsia="Didact Gothic" w:hAnsiTheme="majorHAnsi" w:cstheme="majorHAnsi"/>
          <w:b/>
          <w:bCs/>
          <w:sz w:val="24"/>
          <w:szCs w:val="24"/>
        </w:rPr>
        <w:t>R</w:t>
      </w:r>
      <w:r w:rsidR="004C00C7">
        <w:rPr>
          <w:rFonts w:asciiTheme="majorHAnsi" w:eastAsia="Didact Gothic" w:hAnsiTheme="majorHAnsi" w:cstheme="majorHAnsi"/>
          <w:b/>
          <w:bCs/>
          <w:sz w:val="24"/>
          <w:szCs w:val="24"/>
        </w:rPr>
        <w:t xml:space="preserve">ead </w:t>
      </w:r>
      <w:r>
        <w:rPr>
          <w:rFonts w:asciiTheme="majorHAnsi" w:eastAsia="Didact Gothic" w:hAnsiTheme="majorHAnsi" w:cstheme="majorHAnsi"/>
          <w:b/>
          <w:bCs/>
          <w:sz w:val="24"/>
          <w:szCs w:val="24"/>
        </w:rPr>
        <w:t xml:space="preserve">this story to the client.  They have a copy of the story to follow </w:t>
      </w:r>
      <w:r w:rsidR="005127B4">
        <w:rPr>
          <w:rFonts w:asciiTheme="majorHAnsi" w:eastAsia="Didact Gothic" w:hAnsiTheme="majorHAnsi" w:cstheme="majorHAnsi"/>
          <w:b/>
          <w:bCs/>
          <w:sz w:val="24"/>
          <w:szCs w:val="24"/>
        </w:rPr>
        <w:t>along.  A</w:t>
      </w:r>
      <w:r w:rsidR="004C00C7">
        <w:rPr>
          <w:rFonts w:asciiTheme="majorHAnsi" w:eastAsia="Didact Gothic" w:hAnsiTheme="majorHAnsi" w:cstheme="majorHAnsi"/>
          <w:b/>
          <w:bCs/>
          <w:sz w:val="24"/>
          <w:szCs w:val="24"/>
        </w:rPr>
        <w:t>sk them the following questions and record their answers.</w:t>
      </w:r>
    </w:p>
    <w:p w14:paraId="5B823DE5" w14:textId="77777777" w:rsidR="004C00C7" w:rsidRPr="00F37120" w:rsidRDefault="004C00C7" w:rsidP="004C00C7">
      <w:pPr>
        <w:rPr>
          <w:rFonts w:asciiTheme="majorHAnsi" w:eastAsia="Didact Gothic" w:hAnsiTheme="majorHAnsi" w:cstheme="majorHAnsi"/>
          <w:b/>
          <w:bCs/>
          <w:sz w:val="24"/>
          <w:szCs w:val="24"/>
        </w:rPr>
      </w:pPr>
      <w:r w:rsidRPr="00B923F3">
        <w:rPr>
          <w:rFonts w:asciiTheme="majorHAnsi" w:eastAsia="Didact Gothic" w:hAnsiTheme="majorHAnsi" w:cstheme="majorHAnsi"/>
          <w:b/>
          <w:bCs/>
          <w:sz w:val="24"/>
          <w:szCs w:val="24"/>
        </w:rPr>
        <w:t>Story:</w:t>
      </w:r>
      <w:r w:rsidRPr="00B923F3">
        <w:rPr>
          <w:rFonts w:asciiTheme="majorHAnsi" w:eastAsia="Didact Gothic" w:hAnsiTheme="majorHAnsi" w:cstheme="majorHAnsi"/>
          <w:sz w:val="24"/>
          <w:szCs w:val="24"/>
        </w:rPr>
        <w:br/>
        <w:t>Tom works at the local grocery store. He starts work at 8:30 in the morning. He puts fruit and vegetables on the shelves. Tom likes to help customers find what they need. At lunch, he eats a sandwich and drinks water. He finishes work at 4:30 in the afternoon. Tom walks home after work and watches TV with his family.</w:t>
      </w:r>
    </w:p>
    <w:p w14:paraId="2E8D5981" w14:textId="77777777" w:rsidR="004C00C7" w:rsidRDefault="004C00C7" w:rsidP="004C00C7">
      <w:pPr>
        <w:pBdr>
          <w:top w:val="nil"/>
          <w:left w:val="nil"/>
          <w:bottom w:val="nil"/>
          <w:right w:val="nil"/>
          <w:between w:val="nil"/>
        </w:pBdr>
        <w:spacing w:after="0"/>
        <w:ind w:left="360" w:hanging="360"/>
        <w:rPr>
          <w:rFonts w:asciiTheme="majorHAnsi" w:eastAsia="Didact Gothic" w:hAnsiTheme="majorHAnsi" w:cstheme="majorHAnsi"/>
          <w:b/>
          <w:bCs/>
          <w:sz w:val="24"/>
          <w:szCs w:val="24"/>
        </w:rPr>
      </w:pPr>
    </w:p>
    <w:p w14:paraId="7A61FB10" w14:textId="7B0E0D3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 xml:space="preserve">1. Where does Tom </w:t>
      </w:r>
      <w:r w:rsidR="005127B4" w:rsidRPr="00B923F3">
        <w:rPr>
          <w:rFonts w:asciiTheme="majorHAnsi" w:eastAsia="Didact Gothic" w:hAnsiTheme="majorHAnsi" w:cstheme="majorHAnsi"/>
          <w:color w:val="000000"/>
          <w:sz w:val="24"/>
          <w:szCs w:val="24"/>
        </w:rPr>
        <w:t>work?</w:t>
      </w:r>
      <w:r w:rsidR="005127B4">
        <w:rPr>
          <w:rFonts w:asciiTheme="majorHAnsi" w:eastAsia="Didact Gothic" w:hAnsiTheme="majorHAnsi" w:cstheme="majorHAnsi"/>
          <w:color w:val="000000"/>
          <w:sz w:val="24"/>
          <w:szCs w:val="24"/>
        </w:rPr>
        <w:t xml:space="preserve"> _</w:t>
      </w:r>
      <w:r>
        <w:rPr>
          <w:rFonts w:asciiTheme="majorHAnsi" w:eastAsia="Didact Gothic" w:hAnsiTheme="majorHAnsi" w:cstheme="majorHAnsi"/>
          <w:color w:val="000000"/>
          <w:sz w:val="24"/>
          <w:szCs w:val="24"/>
        </w:rPr>
        <w:t>___________________________________________________________________</w:t>
      </w:r>
    </w:p>
    <w:p w14:paraId="1BE9994A" w14:textId="77777777" w:rsidR="004C00C7"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6BAA64C0"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02E814C9"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2. What time does Tom start work?</w:t>
      </w:r>
      <w:r>
        <w:rPr>
          <w:rFonts w:asciiTheme="majorHAnsi" w:eastAsia="Didact Gothic" w:hAnsiTheme="majorHAnsi" w:cstheme="majorHAnsi"/>
          <w:color w:val="000000"/>
          <w:sz w:val="24"/>
          <w:szCs w:val="24"/>
        </w:rPr>
        <w:t xml:space="preserve"> _____________________________________________________________</w:t>
      </w:r>
    </w:p>
    <w:p w14:paraId="1C722063" w14:textId="77777777" w:rsidR="004C00C7"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615146BD"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0613AA2A"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3. What does Tom put on the shelves?</w:t>
      </w:r>
      <w:r>
        <w:rPr>
          <w:rFonts w:asciiTheme="majorHAnsi" w:eastAsia="Didact Gothic" w:hAnsiTheme="majorHAnsi" w:cstheme="majorHAnsi"/>
          <w:color w:val="000000"/>
          <w:sz w:val="24"/>
          <w:szCs w:val="24"/>
        </w:rPr>
        <w:t xml:space="preserve"> __________________________________________________________</w:t>
      </w:r>
    </w:p>
    <w:p w14:paraId="3B73B725" w14:textId="77777777" w:rsidR="004C00C7"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6145CE85"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4E10BA7A"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4. Who does Tom help at the store?</w:t>
      </w:r>
      <w:r>
        <w:rPr>
          <w:rFonts w:asciiTheme="majorHAnsi" w:eastAsia="Didact Gothic" w:hAnsiTheme="majorHAnsi" w:cstheme="majorHAnsi"/>
          <w:color w:val="000000"/>
          <w:sz w:val="24"/>
          <w:szCs w:val="24"/>
        </w:rPr>
        <w:t xml:space="preserve"> ____________________________________________________________</w:t>
      </w:r>
    </w:p>
    <w:p w14:paraId="72CEC551" w14:textId="77777777" w:rsidR="004C00C7"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01749CF4"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71B5FF19"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5. What does Tom eat for lunch?</w:t>
      </w:r>
      <w:r>
        <w:rPr>
          <w:rFonts w:asciiTheme="majorHAnsi" w:eastAsia="Didact Gothic" w:hAnsiTheme="majorHAnsi" w:cstheme="majorHAnsi"/>
          <w:color w:val="000000"/>
          <w:sz w:val="24"/>
          <w:szCs w:val="24"/>
        </w:rPr>
        <w:t xml:space="preserve"> _______________________________________________________________</w:t>
      </w:r>
    </w:p>
    <w:p w14:paraId="6E0866B4"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53590019"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1865B0E7"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6. What does Tom drink with his lunch?</w:t>
      </w:r>
      <w:r>
        <w:rPr>
          <w:rFonts w:asciiTheme="majorHAnsi" w:eastAsia="Didact Gothic" w:hAnsiTheme="majorHAnsi" w:cstheme="majorHAnsi"/>
          <w:color w:val="000000"/>
          <w:sz w:val="24"/>
          <w:szCs w:val="24"/>
        </w:rPr>
        <w:t xml:space="preserve"> _________________________________________________________</w:t>
      </w:r>
    </w:p>
    <w:p w14:paraId="10403E06"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0B983730"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6989D918"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7. What time does he finish work?</w:t>
      </w:r>
      <w:r>
        <w:rPr>
          <w:rFonts w:asciiTheme="majorHAnsi" w:eastAsia="Didact Gothic" w:hAnsiTheme="majorHAnsi" w:cstheme="majorHAnsi"/>
          <w:color w:val="000000"/>
          <w:sz w:val="24"/>
          <w:szCs w:val="24"/>
        </w:rPr>
        <w:t xml:space="preserve"> ______________________________________________________________</w:t>
      </w:r>
    </w:p>
    <w:p w14:paraId="685A5172"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6BF3798C"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768AE8B7"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8. How does Tom g</w:t>
      </w:r>
      <w:r w:rsidRPr="00B923F3">
        <w:rPr>
          <w:rFonts w:asciiTheme="majorHAnsi" w:eastAsia="Didact Gothic" w:hAnsiTheme="majorHAnsi" w:cstheme="majorHAnsi"/>
          <w:sz w:val="24"/>
          <w:szCs w:val="24"/>
        </w:rPr>
        <w:t>et</w:t>
      </w:r>
      <w:r w:rsidRPr="00B923F3">
        <w:rPr>
          <w:rFonts w:asciiTheme="majorHAnsi" w:eastAsia="Didact Gothic" w:hAnsiTheme="majorHAnsi" w:cstheme="majorHAnsi"/>
          <w:color w:val="000000"/>
          <w:sz w:val="24"/>
          <w:szCs w:val="24"/>
        </w:rPr>
        <w:t xml:space="preserve"> home?</w:t>
      </w:r>
      <w:r>
        <w:rPr>
          <w:rFonts w:asciiTheme="majorHAnsi" w:eastAsia="Didact Gothic" w:hAnsiTheme="majorHAnsi" w:cstheme="majorHAnsi"/>
          <w:color w:val="000000"/>
          <w:sz w:val="24"/>
          <w:szCs w:val="24"/>
        </w:rPr>
        <w:t xml:space="preserve"> __________________________________________________________________</w:t>
      </w:r>
    </w:p>
    <w:p w14:paraId="4A0EB43C"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31253019"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7AB301CD"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9. What does he do after work?</w:t>
      </w:r>
      <w:r>
        <w:rPr>
          <w:rFonts w:asciiTheme="majorHAnsi" w:eastAsia="Didact Gothic" w:hAnsiTheme="majorHAnsi" w:cstheme="majorHAnsi"/>
          <w:color w:val="000000"/>
          <w:sz w:val="24"/>
          <w:szCs w:val="24"/>
        </w:rPr>
        <w:t xml:space="preserve"> ________________________________________________________________</w:t>
      </w:r>
    </w:p>
    <w:p w14:paraId="405903B1"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31EF7EA2" w14:textId="77777777" w:rsidR="004C00C7" w:rsidRPr="00B923F3" w:rsidRDefault="004C00C7" w:rsidP="004C00C7">
      <w:pPr>
        <w:pBdr>
          <w:top w:val="nil"/>
          <w:left w:val="nil"/>
          <w:bottom w:val="nil"/>
          <w:right w:val="nil"/>
          <w:between w:val="nil"/>
        </w:pBdr>
        <w:spacing w:after="0"/>
        <w:ind w:left="360" w:hanging="360"/>
        <w:rPr>
          <w:rFonts w:asciiTheme="majorHAnsi" w:eastAsia="Didact Gothic" w:hAnsiTheme="majorHAnsi" w:cstheme="majorHAnsi"/>
          <w:color w:val="000000"/>
          <w:sz w:val="24"/>
          <w:szCs w:val="24"/>
        </w:rPr>
      </w:pPr>
    </w:p>
    <w:p w14:paraId="4BD9E4D1" w14:textId="77777777" w:rsidR="004C00C7" w:rsidRPr="00B923F3" w:rsidRDefault="004C00C7" w:rsidP="004C00C7">
      <w:pPr>
        <w:pBdr>
          <w:top w:val="nil"/>
          <w:left w:val="nil"/>
          <w:bottom w:val="nil"/>
          <w:right w:val="nil"/>
          <w:between w:val="nil"/>
        </w:pBdr>
        <w:ind w:left="360" w:hanging="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t>10. Does Tom like his job? How do you know?</w:t>
      </w:r>
      <w:r>
        <w:rPr>
          <w:rFonts w:asciiTheme="majorHAnsi" w:eastAsia="Didact Gothic" w:hAnsiTheme="majorHAnsi" w:cstheme="majorHAnsi"/>
          <w:color w:val="000000"/>
          <w:sz w:val="24"/>
          <w:szCs w:val="24"/>
        </w:rPr>
        <w:t xml:space="preserve"> ____________________________________________________</w:t>
      </w:r>
    </w:p>
    <w:p w14:paraId="0D0C20D2" w14:textId="77777777" w:rsidR="004C00C7" w:rsidRDefault="004C00C7" w:rsidP="004C00C7">
      <w:pPr>
        <w:pStyle w:val="ListBullet3"/>
        <w:numPr>
          <w:ilvl w:val="0"/>
          <w:numId w:val="0"/>
        </w:numPr>
        <w:ind w:left="720"/>
      </w:pPr>
    </w:p>
    <w:p w14:paraId="1ED681C0" w14:textId="7691D2F7" w:rsidR="002034FF" w:rsidRDefault="004C00C7" w:rsidP="002034FF">
      <w:pPr>
        <w:pStyle w:val="ListBullet3"/>
        <w:numPr>
          <w:ilvl w:val="0"/>
          <w:numId w:val="0"/>
        </w:numPr>
        <w:ind w:left="720"/>
      </w:pPr>
      <w:r>
        <w:t>After completing the assessment</w:t>
      </w:r>
      <w:r w:rsidR="002034FF">
        <w:t>:</w:t>
      </w:r>
    </w:p>
    <w:p w14:paraId="3A858B87" w14:textId="69695619" w:rsidR="004C00C7" w:rsidRDefault="002034FF" w:rsidP="002034FF">
      <w:pPr>
        <w:pStyle w:val="ListBullet3"/>
        <w:numPr>
          <w:ilvl w:val="3"/>
          <w:numId w:val="3"/>
        </w:numPr>
      </w:pPr>
      <w:r>
        <w:t xml:space="preserve">Highlight all of the Observable </w:t>
      </w:r>
      <w:proofErr w:type="spellStart"/>
      <w:r>
        <w:t>Behaviours</w:t>
      </w:r>
      <w:proofErr w:type="spellEnd"/>
      <w:r>
        <w:t xml:space="preserve"> you noted</w:t>
      </w:r>
    </w:p>
    <w:p w14:paraId="1F84B42A" w14:textId="4290613E" w:rsidR="002034FF" w:rsidRPr="00B923F3" w:rsidRDefault="002034FF" w:rsidP="002034FF">
      <w:pPr>
        <w:pStyle w:val="ListBullet3"/>
        <w:numPr>
          <w:ilvl w:val="3"/>
          <w:numId w:val="3"/>
        </w:numPr>
      </w:pPr>
      <w:r>
        <w:t>Highlight the Score that the client received after marking their work</w:t>
      </w:r>
    </w:p>
    <w:p w14:paraId="1C4525CE" w14:textId="77777777" w:rsidR="002D6374" w:rsidRPr="00B923F3" w:rsidRDefault="00000000">
      <w:pPr>
        <w:pStyle w:val="Heading1"/>
        <w:rPr>
          <w:rFonts w:asciiTheme="majorHAnsi" w:eastAsia="Didact Gothic" w:hAnsiTheme="majorHAnsi" w:cstheme="majorHAnsi"/>
          <w:sz w:val="24"/>
          <w:szCs w:val="24"/>
        </w:rPr>
      </w:pPr>
      <w:bookmarkStart w:id="5" w:name="_heading=h.ardgk4tf03qb" w:colFirst="0" w:colLast="0"/>
      <w:bookmarkStart w:id="6" w:name="_heading=h.f6nqayxzftrd" w:colFirst="0" w:colLast="0"/>
      <w:bookmarkEnd w:id="5"/>
      <w:bookmarkEnd w:id="6"/>
      <w:r w:rsidRPr="00B923F3">
        <w:rPr>
          <w:rFonts w:asciiTheme="majorHAnsi" w:eastAsia="Didact Gothic" w:hAnsiTheme="majorHAnsi" w:cstheme="majorHAnsi"/>
          <w:sz w:val="24"/>
          <w:szCs w:val="24"/>
        </w:rPr>
        <w:t>Functional English Initial Assessment Rubric</w:t>
      </w:r>
    </w:p>
    <w:tbl>
      <w:tblPr>
        <w:tblStyle w:val="a3"/>
        <w:tblW w:w="103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00" w:firstRow="0" w:lastRow="0" w:firstColumn="0" w:lastColumn="0" w:noHBand="1" w:noVBand="1"/>
      </w:tblPr>
      <w:tblGrid>
        <w:gridCol w:w="1981"/>
        <w:gridCol w:w="1709"/>
        <w:gridCol w:w="2709"/>
        <w:gridCol w:w="2405"/>
        <w:gridCol w:w="1505"/>
      </w:tblGrid>
      <w:tr w:rsidR="002D6374" w:rsidRPr="00B923F3" w14:paraId="1C20525E" w14:textId="77777777" w:rsidTr="002034FF">
        <w:trPr>
          <w:trHeight w:val="1950"/>
        </w:trPr>
        <w:tc>
          <w:tcPr>
            <w:tcW w:w="1981"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23C8240F" w14:textId="77777777" w:rsidR="002D6374" w:rsidRPr="002034FF" w:rsidRDefault="00000000">
            <w:pPr>
              <w:spacing w:before="240" w:after="240"/>
              <w:rPr>
                <w:rFonts w:asciiTheme="majorHAnsi" w:eastAsia="Didact Gothic" w:hAnsiTheme="majorHAnsi" w:cstheme="majorHAnsi"/>
              </w:rPr>
            </w:pPr>
            <w:r w:rsidRPr="002034FF">
              <w:rPr>
                <w:rFonts w:asciiTheme="majorHAnsi" w:eastAsia="Didact Gothic" w:hAnsiTheme="majorHAnsi" w:cstheme="majorHAnsi"/>
              </w:rPr>
              <w:t>Skill Area</w:t>
            </w:r>
          </w:p>
        </w:tc>
        <w:tc>
          <w:tcPr>
            <w:tcW w:w="170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501C0D38" w14:textId="77777777" w:rsidR="002D6374" w:rsidRPr="002034FF" w:rsidRDefault="00000000">
            <w:pPr>
              <w:spacing w:before="240" w:after="240"/>
              <w:rPr>
                <w:rFonts w:asciiTheme="majorHAnsi" w:eastAsia="Didact Gothic" w:hAnsiTheme="majorHAnsi" w:cstheme="majorHAnsi"/>
              </w:rPr>
            </w:pPr>
            <w:r w:rsidRPr="002034FF">
              <w:rPr>
                <w:rFonts w:asciiTheme="majorHAnsi" w:eastAsia="Didact Gothic" w:hAnsiTheme="majorHAnsi" w:cstheme="majorHAnsi"/>
              </w:rPr>
              <w:t>Competency &amp; Task Group (OALCF)</w:t>
            </w:r>
          </w:p>
        </w:tc>
        <w:tc>
          <w:tcPr>
            <w:tcW w:w="270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5F33F8E8" w14:textId="77777777" w:rsidR="002D6374" w:rsidRPr="002034FF" w:rsidRDefault="00000000">
            <w:pPr>
              <w:spacing w:before="240" w:after="240"/>
              <w:rPr>
                <w:rFonts w:asciiTheme="majorHAnsi" w:eastAsia="Didact Gothic" w:hAnsiTheme="majorHAnsi" w:cstheme="majorHAnsi"/>
              </w:rPr>
            </w:pPr>
            <w:r w:rsidRPr="002034FF">
              <w:rPr>
                <w:rFonts w:asciiTheme="majorHAnsi" w:eastAsia="Didact Gothic" w:hAnsiTheme="majorHAnsi" w:cstheme="majorHAnsi"/>
              </w:rPr>
              <w:t>Performance Indicators</w:t>
            </w:r>
          </w:p>
        </w:tc>
        <w:tc>
          <w:tcPr>
            <w:tcW w:w="2405"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67E0B4C5" w14:textId="77777777" w:rsidR="002D6374" w:rsidRPr="002034FF" w:rsidRDefault="00000000">
            <w:pPr>
              <w:spacing w:before="240" w:after="240"/>
              <w:rPr>
                <w:rFonts w:asciiTheme="majorHAnsi" w:eastAsia="Didact Gothic" w:hAnsiTheme="majorHAnsi" w:cstheme="majorHAnsi"/>
              </w:rPr>
            </w:pPr>
            <w:r w:rsidRPr="002034FF">
              <w:rPr>
                <w:rFonts w:asciiTheme="majorHAnsi" w:eastAsia="Didact Gothic" w:hAnsiTheme="majorHAnsi" w:cstheme="majorHAnsi"/>
              </w:rPr>
              <w:t xml:space="preserve">Observable </w:t>
            </w:r>
            <w:proofErr w:type="spellStart"/>
            <w:r w:rsidRPr="002034FF">
              <w:rPr>
                <w:rFonts w:asciiTheme="majorHAnsi" w:eastAsia="Didact Gothic" w:hAnsiTheme="majorHAnsi" w:cstheme="majorHAnsi"/>
              </w:rPr>
              <w:t>Behaviours</w:t>
            </w:r>
            <w:proofErr w:type="spellEnd"/>
            <w:r w:rsidRPr="002034FF">
              <w:rPr>
                <w:rFonts w:asciiTheme="majorHAnsi" w:eastAsia="Didact Gothic" w:hAnsiTheme="majorHAnsi" w:cstheme="majorHAnsi"/>
              </w:rPr>
              <w:t xml:space="preserve"> / Criteria</w:t>
            </w:r>
          </w:p>
          <w:p w14:paraId="3283D743" w14:textId="77777777" w:rsidR="002D6374" w:rsidRPr="002034FF" w:rsidRDefault="00000000">
            <w:pPr>
              <w:spacing w:before="240" w:after="240"/>
              <w:rPr>
                <w:rFonts w:asciiTheme="majorHAnsi" w:eastAsia="Didact Gothic" w:hAnsiTheme="majorHAnsi" w:cstheme="majorHAnsi"/>
                <w:highlight w:val="yellow"/>
              </w:rPr>
            </w:pPr>
            <w:r w:rsidRPr="002034FF">
              <w:rPr>
                <w:rFonts w:asciiTheme="majorHAnsi" w:eastAsia="Didact Gothic" w:hAnsiTheme="majorHAnsi" w:cstheme="majorHAnsi"/>
                <w:highlight w:val="yellow"/>
              </w:rPr>
              <w:t>Highlight if skill is present</w:t>
            </w:r>
          </w:p>
        </w:tc>
        <w:tc>
          <w:tcPr>
            <w:tcW w:w="1505"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06E5FC2F" w14:textId="77777777" w:rsidR="002D6374" w:rsidRPr="002034FF" w:rsidRDefault="00000000">
            <w:pPr>
              <w:spacing w:before="240" w:after="240"/>
              <w:rPr>
                <w:rFonts w:asciiTheme="majorHAnsi" w:eastAsia="Didact Gothic" w:hAnsiTheme="majorHAnsi" w:cstheme="majorHAnsi"/>
              </w:rPr>
            </w:pPr>
            <w:r w:rsidRPr="002034FF">
              <w:rPr>
                <w:rFonts w:asciiTheme="majorHAnsi" w:eastAsia="Didact Gothic" w:hAnsiTheme="majorHAnsi" w:cstheme="majorHAnsi"/>
              </w:rPr>
              <w:t>Score / Level</w:t>
            </w:r>
          </w:p>
          <w:p w14:paraId="40085E8E" w14:textId="77777777" w:rsidR="002D6374" w:rsidRPr="002034FF" w:rsidRDefault="00000000">
            <w:pPr>
              <w:spacing w:before="240" w:after="240"/>
              <w:rPr>
                <w:rFonts w:asciiTheme="majorHAnsi" w:eastAsia="Didact Gothic" w:hAnsiTheme="majorHAnsi" w:cstheme="majorHAnsi"/>
              </w:rPr>
            </w:pPr>
            <w:r w:rsidRPr="002034FF">
              <w:rPr>
                <w:rFonts w:asciiTheme="majorHAnsi" w:eastAsia="Didact Gothic" w:hAnsiTheme="majorHAnsi" w:cstheme="majorHAnsi"/>
                <w:highlight w:val="yellow"/>
              </w:rPr>
              <w:t>Highlight score and level</w:t>
            </w:r>
          </w:p>
        </w:tc>
      </w:tr>
      <w:tr w:rsidR="002D6374" w:rsidRPr="00B923F3" w14:paraId="4E7C0850" w14:textId="77777777" w:rsidTr="002034FF">
        <w:trPr>
          <w:trHeight w:val="2823"/>
        </w:trPr>
        <w:tc>
          <w:tcPr>
            <w:tcW w:w="1981"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1F049F64" w14:textId="77777777" w:rsidR="002D6374" w:rsidRPr="002034FF" w:rsidRDefault="00000000">
            <w:pPr>
              <w:spacing w:before="240" w:after="240"/>
              <w:rPr>
                <w:rFonts w:asciiTheme="majorHAnsi" w:eastAsia="Didact Gothic" w:hAnsiTheme="majorHAnsi" w:cstheme="majorHAnsi"/>
                <w:sz w:val="20"/>
                <w:szCs w:val="20"/>
              </w:rPr>
            </w:pPr>
            <w:r w:rsidRPr="002034FF">
              <w:rPr>
                <w:rFonts w:asciiTheme="majorHAnsi" w:eastAsia="Didact Gothic" w:hAnsiTheme="majorHAnsi" w:cstheme="majorHAnsi"/>
                <w:sz w:val="20"/>
                <w:szCs w:val="20"/>
              </w:rPr>
              <w:t>Section 1: Reading Comprehension (10 marks)</w:t>
            </w:r>
          </w:p>
        </w:tc>
        <w:tc>
          <w:tcPr>
            <w:tcW w:w="170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0F637E7F" w14:textId="77777777" w:rsidR="002D6374" w:rsidRPr="002034FF" w:rsidRDefault="00000000">
            <w:pPr>
              <w:spacing w:before="240" w:after="240"/>
              <w:rPr>
                <w:rFonts w:asciiTheme="majorHAnsi" w:eastAsia="Didact Gothic" w:hAnsiTheme="majorHAnsi" w:cstheme="majorHAnsi"/>
                <w:sz w:val="20"/>
                <w:szCs w:val="20"/>
              </w:rPr>
            </w:pPr>
            <w:r w:rsidRPr="002034FF">
              <w:rPr>
                <w:rFonts w:asciiTheme="majorHAnsi" w:eastAsia="Didact Gothic" w:hAnsiTheme="majorHAnsi" w:cstheme="majorHAnsi"/>
                <w:sz w:val="20"/>
                <w:szCs w:val="20"/>
              </w:rPr>
              <w:t>A1: Read continuous text</w:t>
            </w:r>
            <w:r w:rsidRPr="002034FF">
              <w:rPr>
                <w:rFonts w:asciiTheme="majorHAnsi" w:eastAsia="Didact Gothic" w:hAnsiTheme="majorHAnsi" w:cstheme="majorHAnsi"/>
                <w:sz w:val="20"/>
                <w:szCs w:val="20"/>
              </w:rPr>
              <w:br/>
              <w:t xml:space="preserve"> A1.1: Read short texts to locate and connect ideas and information</w:t>
            </w:r>
          </w:p>
        </w:tc>
        <w:tc>
          <w:tcPr>
            <w:tcW w:w="270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76F88654" w14:textId="77777777" w:rsidR="002D6374" w:rsidRPr="002034FF" w:rsidRDefault="00000000">
            <w:pPr>
              <w:spacing w:before="240" w:after="240"/>
              <w:rPr>
                <w:rFonts w:asciiTheme="majorHAnsi" w:eastAsia="Didact Gothic" w:hAnsiTheme="majorHAnsi" w:cstheme="majorHAnsi"/>
                <w:sz w:val="20"/>
                <w:szCs w:val="20"/>
              </w:rPr>
            </w:pPr>
            <w:r w:rsidRPr="002034FF">
              <w:rPr>
                <w:rFonts w:asciiTheme="majorHAnsi" w:eastAsia="Didact Gothic" w:hAnsiTheme="majorHAnsi" w:cstheme="majorHAnsi"/>
                <w:sz w:val="20"/>
                <w:szCs w:val="20"/>
              </w:rPr>
              <w:t>• Reads simple sentences and short paragraphs</w:t>
            </w:r>
            <w:r w:rsidRPr="002034FF">
              <w:rPr>
                <w:rFonts w:asciiTheme="majorHAnsi" w:eastAsia="Didact Gothic" w:hAnsiTheme="majorHAnsi" w:cstheme="majorHAnsi"/>
                <w:sz w:val="20"/>
                <w:szCs w:val="20"/>
              </w:rPr>
              <w:br/>
              <w:t xml:space="preserve"> • Locates specific information</w:t>
            </w:r>
            <w:r w:rsidRPr="002034FF">
              <w:rPr>
                <w:rFonts w:asciiTheme="majorHAnsi" w:eastAsia="Didact Gothic" w:hAnsiTheme="majorHAnsi" w:cstheme="majorHAnsi"/>
                <w:sz w:val="20"/>
                <w:szCs w:val="20"/>
              </w:rPr>
              <w:br/>
              <w:t xml:space="preserve"> • Demonstrates understanding of main ideas</w:t>
            </w:r>
          </w:p>
        </w:tc>
        <w:tc>
          <w:tcPr>
            <w:tcW w:w="2405"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37464D8F" w14:textId="77777777" w:rsidR="002D6374"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 Reads independently with minimal hesitation</w:t>
            </w:r>
            <w:r w:rsidRPr="002034FF">
              <w:rPr>
                <w:rFonts w:asciiTheme="majorHAnsi" w:eastAsia="Didact Gothic" w:hAnsiTheme="majorHAnsi" w:cstheme="majorHAnsi"/>
                <w:sz w:val="18"/>
                <w:szCs w:val="18"/>
              </w:rPr>
              <w:br/>
              <w:t xml:space="preserve"> • Answers factual questions accurately</w:t>
            </w:r>
            <w:r w:rsidRPr="002034FF">
              <w:rPr>
                <w:rFonts w:asciiTheme="majorHAnsi" w:eastAsia="Didact Gothic" w:hAnsiTheme="majorHAnsi" w:cstheme="majorHAnsi"/>
                <w:sz w:val="18"/>
                <w:szCs w:val="18"/>
              </w:rPr>
              <w:br/>
              <w:t xml:space="preserve"> • Identifies main ideas and sequence of events</w:t>
            </w:r>
            <w:r w:rsidRPr="002034FF">
              <w:rPr>
                <w:rFonts w:asciiTheme="majorHAnsi" w:eastAsia="Didact Gothic" w:hAnsiTheme="majorHAnsi" w:cstheme="majorHAnsi"/>
                <w:sz w:val="18"/>
                <w:szCs w:val="18"/>
              </w:rPr>
              <w:br/>
              <w:t xml:space="preserve"> • Uses story to support answers</w:t>
            </w:r>
          </w:p>
        </w:tc>
        <w:tc>
          <w:tcPr>
            <w:tcW w:w="1505"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76E40E08" w14:textId="77777777" w:rsidR="002034FF"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Level 1 = 8–10 correct answers</w:t>
            </w:r>
            <w:r w:rsidRPr="002034FF">
              <w:rPr>
                <w:rFonts w:asciiTheme="majorHAnsi" w:eastAsia="Didact Gothic" w:hAnsiTheme="majorHAnsi" w:cstheme="majorHAnsi"/>
                <w:sz w:val="18"/>
                <w:szCs w:val="18"/>
              </w:rPr>
              <w:br/>
              <w:t xml:space="preserve"> </w:t>
            </w:r>
          </w:p>
          <w:p w14:paraId="306D942B" w14:textId="77777777" w:rsidR="002034FF"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Developing = 5–7 correct answers</w:t>
            </w:r>
            <w:r w:rsidRPr="002034FF">
              <w:rPr>
                <w:rFonts w:asciiTheme="majorHAnsi" w:eastAsia="Didact Gothic" w:hAnsiTheme="majorHAnsi" w:cstheme="majorHAnsi"/>
                <w:sz w:val="18"/>
                <w:szCs w:val="18"/>
              </w:rPr>
              <w:br/>
            </w:r>
          </w:p>
          <w:p w14:paraId="1F1A4955" w14:textId="25FB3002" w:rsidR="002D6374"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 xml:space="preserve"> Emerging = 0–4 correct answers</w:t>
            </w:r>
          </w:p>
        </w:tc>
      </w:tr>
      <w:tr w:rsidR="002D6374" w:rsidRPr="00B923F3" w14:paraId="2D10D536" w14:textId="77777777" w:rsidTr="002034FF">
        <w:trPr>
          <w:trHeight w:val="2700"/>
        </w:trPr>
        <w:tc>
          <w:tcPr>
            <w:tcW w:w="1981"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0757B504" w14:textId="77777777" w:rsidR="002D6374" w:rsidRPr="002034FF" w:rsidRDefault="00000000">
            <w:pPr>
              <w:spacing w:before="240" w:after="240"/>
              <w:rPr>
                <w:rFonts w:asciiTheme="majorHAnsi" w:eastAsia="Didact Gothic" w:hAnsiTheme="majorHAnsi" w:cstheme="majorHAnsi"/>
                <w:sz w:val="20"/>
                <w:szCs w:val="20"/>
              </w:rPr>
            </w:pPr>
            <w:r w:rsidRPr="002034FF">
              <w:rPr>
                <w:rFonts w:asciiTheme="majorHAnsi" w:eastAsia="Didact Gothic" w:hAnsiTheme="majorHAnsi" w:cstheme="majorHAnsi"/>
                <w:sz w:val="20"/>
                <w:szCs w:val="20"/>
              </w:rPr>
              <w:t>Section 2: Numeracy (22 marks)</w:t>
            </w:r>
          </w:p>
        </w:tc>
        <w:tc>
          <w:tcPr>
            <w:tcW w:w="170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4AC806A9" w14:textId="77777777" w:rsidR="002D6374" w:rsidRPr="002034FF" w:rsidRDefault="00000000">
            <w:pPr>
              <w:spacing w:before="240" w:after="240"/>
              <w:rPr>
                <w:rFonts w:asciiTheme="majorHAnsi" w:eastAsia="Didact Gothic" w:hAnsiTheme="majorHAnsi" w:cstheme="majorHAnsi"/>
                <w:sz w:val="20"/>
                <w:szCs w:val="20"/>
              </w:rPr>
            </w:pPr>
            <w:r w:rsidRPr="002034FF">
              <w:rPr>
                <w:rFonts w:asciiTheme="majorHAnsi" w:eastAsia="Didact Gothic" w:hAnsiTheme="majorHAnsi" w:cstheme="majorHAnsi"/>
                <w:sz w:val="20"/>
                <w:szCs w:val="20"/>
              </w:rPr>
              <w:t>C1: Manage money and finances</w:t>
            </w:r>
            <w:r w:rsidRPr="002034FF">
              <w:rPr>
                <w:rFonts w:asciiTheme="majorHAnsi" w:eastAsia="Didact Gothic" w:hAnsiTheme="majorHAnsi" w:cstheme="majorHAnsi"/>
                <w:sz w:val="20"/>
                <w:szCs w:val="20"/>
              </w:rPr>
              <w:br/>
              <w:t xml:space="preserve"> C1.1: Make simple purchases; calculate costs and change</w:t>
            </w:r>
            <w:r w:rsidRPr="002034FF">
              <w:rPr>
                <w:rFonts w:asciiTheme="majorHAnsi" w:eastAsia="Didact Gothic" w:hAnsiTheme="majorHAnsi" w:cstheme="majorHAnsi"/>
                <w:sz w:val="20"/>
                <w:szCs w:val="20"/>
              </w:rPr>
              <w:br/>
              <w:t xml:space="preserve"> C2: Manage time</w:t>
            </w:r>
            <w:r w:rsidRPr="002034FF">
              <w:rPr>
                <w:rFonts w:asciiTheme="majorHAnsi" w:eastAsia="Didact Gothic" w:hAnsiTheme="majorHAnsi" w:cstheme="majorHAnsi"/>
                <w:sz w:val="20"/>
                <w:szCs w:val="20"/>
              </w:rPr>
              <w:br/>
              <w:t xml:space="preserve"> C3: Use measures</w:t>
            </w:r>
          </w:p>
        </w:tc>
        <w:tc>
          <w:tcPr>
            <w:tcW w:w="270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76B461AD" w14:textId="77777777" w:rsidR="002D6374" w:rsidRPr="002034FF" w:rsidRDefault="00000000">
            <w:pPr>
              <w:spacing w:before="240" w:after="240"/>
              <w:rPr>
                <w:rFonts w:asciiTheme="majorHAnsi" w:eastAsia="Didact Gothic" w:hAnsiTheme="majorHAnsi" w:cstheme="majorHAnsi"/>
                <w:sz w:val="20"/>
                <w:szCs w:val="20"/>
              </w:rPr>
            </w:pPr>
            <w:r w:rsidRPr="002034FF">
              <w:rPr>
                <w:rFonts w:asciiTheme="majorHAnsi" w:eastAsia="Didact Gothic" w:hAnsiTheme="majorHAnsi" w:cstheme="majorHAnsi"/>
                <w:sz w:val="20"/>
                <w:szCs w:val="20"/>
              </w:rPr>
              <w:t>• Adds/subtracts whole numbers and money amounts</w:t>
            </w:r>
            <w:r w:rsidRPr="002034FF">
              <w:rPr>
                <w:rFonts w:asciiTheme="majorHAnsi" w:eastAsia="Didact Gothic" w:hAnsiTheme="majorHAnsi" w:cstheme="majorHAnsi"/>
                <w:sz w:val="20"/>
                <w:szCs w:val="20"/>
              </w:rPr>
              <w:br/>
              <w:t xml:space="preserve"> • Calculates total costs and change</w:t>
            </w:r>
            <w:r w:rsidRPr="002034FF">
              <w:rPr>
                <w:rFonts w:asciiTheme="majorHAnsi" w:eastAsia="Didact Gothic" w:hAnsiTheme="majorHAnsi" w:cstheme="majorHAnsi"/>
                <w:sz w:val="20"/>
                <w:szCs w:val="20"/>
              </w:rPr>
              <w:br/>
              <w:t xml:space="preserve"> • Solves time problems</w:t>
            </w:r>
            <w:r w:rsidRPr="002034FF">
              <w:rPr>
                <w:rFonts w:asciiTheme="majorHAnsi" w:eastAsia="Didact Gothic" w:hAnsiTheme="majorHAnsi" w:cstheme="majorHAnsi"/>
                <w:sz w:val="20"/>
                <w:szCs w:val="20"/>
              </w:rPr>
              <w:br/>
              <w:t xml:space="preserve"> • Uses multiplication/division with small numbers</w:t>
            </w:r>
          </w:p>
        </w:tc>
        <w:tc>
          <w:tcPr>
            <w:tcW w:w="2405"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0114135A" w14:textId="77777777" w:rsidR="002D6374"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 Correctly applies addition/subtraction to prices</w:t>
            </w:r>
            <w:r w:rsidRPr="002034FF">
              <w:rPr>
                <w:rFonts w:asciiTheme="majorHAnsi" w:eastAsia="Didact Gothic" w:hAnsiTheme="majorHAnsi" w:cstheme="majorHAnsi"/>
                <w:sz w:val="18"/>
                <w:szCs w:val="18"/>
              </w:rPr>
              <w:br/>
              <w:t xml:space="preserve"> • Finds totals and change</w:t>
            </w:r>
            <w:r w:rsidRPr="002034FF">
              <w:rPr>
                <w:rFonts w:asciiTheme="majorHAnsi" w:eastAsia="Didact Gothic" w:hAnsiTheme="majorHAnsi" w:cstheme="majorHAnsi"/>
                <w:sz w:val="18"/>
                <w:szCs w:val="18"/>
              </w:rPr>
              <w:br/>
              <w:t xml:space="preserve"> • Solves simple time problems (e.g., 8:00–8:30)</w:t>
            </w:r>
            <w:r w:rsidRPr="002034FF">
              <w:rPr>
                <w:rFonts w:asciiTheme="majorHAnsi" w:eastAsia="Didact Gothic" w:hAnsiTheme="majorHAnsi" w:cstheme="majorHAnsi"/>
                <w:sz w:val="18"/>
                <w:szCs w:val="18"/>
              </w:rPr>
              <w:br/>
              <w:t xml:space="preserve"> • Performs one-step operations accurately</w:t>
            </w:r>
          </w:p>
        </w:tc>
        <w:tc>
          <w:tcPr>
            <w:tcW w:w="1505"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266A9539" w14:textId="77777777" w:rsidR="002034FF"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Level 1 = 18–22 correct</w:t>
            </w:r>
            <w:r w:rsidRPr="002034FF">
              <w:rPr>
                <w:rFonts w:asciiTheme="majorHAnsi" w:eastAsia="Didact Gothic" w:hAnsiTheme="majorHAnsi" w:cstheme="majorHAnsi"/>
                <w:sz w:val="18"/>
                <w:szCs w:val="18"/>
              </w:rPr>
              <w:br/>
              <w:t xml:space="preserve"> </w:t>
            </w:r>
          </w:p>
          <w:p w14:paraId="1FE88624" w14:textId="77777777" w:rsidR="002034FF"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Developing = 12–17 correct</w:t>
            </w:r>
            <w:r w:rsidRPr="002034FF">
              <w:rPr>
                <w:rFonts w:asciiTheme="majorHAnsi" w:eastAsia="Didact Gothic" w:hAnsiTheme="majorHAnsi" w:cstheme="majorHAnsi"/>
                <w:sz w:val="18"/>
                <w:szCs w:val="18"/>
              </w:rPr>
              <w:br/>
              <w:t xml:space="preserve"> </w:t>
            </w:r>
          </w:p>
          <w:p w14:paraId="7A370D94" w14:textId="61EB6E04" w:rsidR="002D6374"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Emerging = &lt;12 correct</w:t>
            </w:r>
          </w:p>
        </w:tc>
      </w:tr>
      <w:tr w:rsidR="002D6374" w:rsidRPr="00B923F3" w14:paraId="0EE211DC" w14:textId="77777777" w:rsidTr="002034FF">
        <w:trPr>
          <w:trHeight w:val="2077"/>
        </w:trPr>
        <w:tc>
          <w:tcPr>
            <w:tcW w:w="1981"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79D053F4" w14:textId="77777777" w:rsidR="002D6374" w:rsidRPr="002034FF" w:rsidRDefault="00000000">
            <w:pPr>
              <w:spacing w:before="240" w:after="240"/>
              <w:rPr>
                <w:rFonts w:asciiTheme="majorHAnsi" w:eastAsia="Didact Gothic" w:hAnsiTheme="majorHAnsi" w:cstheme="majorHAnsi"/>
                <w:sz w:val="20"/>
                <w:szCs w:val="20"/>
              </w:rPr>
            </w:pPr>
            <w:r w:rsidRPr="002034FF">
              <w:rPr>
                <w:rFonts w:asciiTheme="majorHAnsi" w:eastAsia="Didact Gothic" w:hAnsiTheme="majorHAnsi" w:cstheme="majorHAnsi"/>
                <w:sz w:val="20"/>
                <w:szCs w:val="20"/>
              </w:rPr>
              <w:t>Section 3: Oral Communication (10 marks)</w:t>
            </w:r>
          </w:p>
        </w:tc>
        <w:tc>
          <w:tcPr>
            <w:tcW w:w="170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4831A197" w14:textId="77777777" w:rsidR="002D6374" w:rsidRPr="002034FF" w:rsidRDefault="00000000">
            <w:pPr>
              <w:spacing w:before="240" w:after="240"/>
              <w:rPr>
                <w:rFonts w:asciiTheme="majorHAnsi" w:eastAsia="Didact Gothic" w:hAnsiTheme="majorHAnsi" w:cstheme="majorHAnsi"/>
                <w:sz w:val="20"/>
                <w:szCs w:val="20"/>
              </w:rPr>
            </w:pPr>
            <w:r w:rsidRPr="002034FF">
              <w:rPr>
                <w:rFonts w:asciiTheme="majorHAnsi" w:eastAsia="Didact Gothic" w:hAnsiTheme="majorHAnsi" w:cstheme="majorHAnsi"/>
                <w:sz w:val="20"/>
                <w:szCs w:val="20"/>
              </w:rPr>
              <w:t>A3: Speak and listen to communicate</w:t>
            </w:r>
            <w:r w:rsidRPr="002034FF">
              <w:rPr>
                <w:rFonts w:asciiTheme="majorHAnsi" w:eastAsia="Didact Gothic" w:hAnsiTheme="majorHAnsi" w:cstheme="majorHAnsi"/>
                <w:sz w:val="20"/>
                <w:szCs w:val="20"/>
              </w:rPr>
              <w:br/>
              <w:t xml:space="preserve"> A3.1: Understand and use simple, familiar spoken language</w:t>
            </w:r>
          </w:p>
        </w:tc>
        <w:tc>
          <w:tcPr>
            <w:tcW w:w="270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3310F1B4" w14:textId="77777777" w:rsidR="002D6374" w:rsidRPr="002034FF" w:rsidRDefault="00000000">
            <w:pPr>
              <w:spacing w:before="240" w:after="240"/>
              <w:rPr>
                <w:rFonts w:asciiTheme="majorHAnsi" w:eastAsia="Didact Gothic" w:hAnsiTheme="majorHAnsi" w:cstheme="majorHAnsi"/>
                <w:sz w:val="20"/>
                <w:szCs w:val="20"/>
              </w:rPr>
            </w:pPr>
            <w:r w:rsidRPr="002034FF">
              <w:rPr>
                <w:rFonts w:asciiTheme="majorHAnsi" w:eastAsia="Didact Gothic" w:hAnsiTheme="majorHAnsi" w:cstheme="majorHAnsi"/>
                <w:sz w:val="20"/>
                <w:szCs w:val="20"/>
              </w:rPr>
              <w:t xml:space="preserve">• Demonstrates understanding of </w:t>
            </w:r>
            <w:proofErr w:type="gramStart"/>
            <w:r w:rsidRPr="002034FF">
              <w:rPr>
                <w:rFonts w:asciiTheme="majorHAnsi" w:eastAsia="Didact Gothic" w:hAnsiTheme="majorHAnsi" w:cstheme="majorHAnsi"/>
                <w:sz w:val="20"/>
                <w:szCs w:val="20"/>
              </w:rPr>
              <w:t>short spoken</w:t>
            </w:r>
            <w:proofErr w:type="gramEnd"/>
            <w:r w:rsidRPr="002034FF">
              <w:rPr>
                <w:rFonts w:asciiTheme="majorHAnsi" w:eastAsia="Didact Gothic" w:hAnsiTheme="majorHAnsi" w:cstheme="majorHAnsi"/>
                <w:sz w:val="20"/>
                <w:szCs w:val="20"/>
              </w:rPr>
              <w:t xml:space="preserve"> passages</w:t>
            </w:r>
            <w:r w:rsidRPr="002034FF">
              <w:rPr>
                <w:rFonts w:asciiTheme="majorHAnsi" w:eastAsia="Didact Gothic" w:hAnsiTheme="majorHAnsi" w:cstheme="majorHAnsi"/>
                <w:sz w:val="20"/>
                <w:szCs w:val="20"/>
              </w:rPr>
              <w:br/>
              <w:t xml:space="preserve"> • Responds with short, clear answers</w:t>
            </w:r>
            <w:r w:rsidRPr="002034FF">
              <w:rPr>
                <w:rFonts w:asciiTheme="majorHAnsi" w:eastAsia="Didact Gothic" w:hAnsiTheme="majorHAnsi" w:cstheme="majorHAnsi"/>
                <w:sz w:val="20"/>
                <w:szCs w:val="20"/>
              </w:rPr>
              <w:br/>
              <w:t xml:space="preserve"> • Uses familiar vocabulary</w:t>
            </w:r>
          </w:p>
        </w:tc>
        <w:tc>
          <w:tcPr>
            <w:tcW w:w="2405"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2C1543AF" w14:textId="77777777" w:rsidR="002D6374"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 Listens attentively</w:t>
            </w:r>
            <w:r w:rsidRPr="002034FF">
              <w:rPr>
                <w:rFonts w:asciiTheme="majorHAnsi" w:eastAsia="Didact Gothic" w:hAnsiTheme="majorHAnsi" w:cstheme="majorHAnsi"/>
                <w:sz w:val="18"/>
                <w:szCs w:val="18"/>
              </w:rPr>
              <w:br/>
              <w:t xml:space="preserve"> • Answers factual questions correctly</w:t>
            </w:r>
            <w:r w:rsidRPr="002034FF">
              <w:rPr>
                <w:rFonts w:asciiTheme="majorHAnsi" w:eastAsia="Didact Gothic" w:hAnsiTheme="majorHAnsi" w:cstheme="majorHAnsi"/>
                <w:sz w:val="18"/>
                <w:szCs w:val="18"/>
              </w:rPr>
              <w:br/>
              <w:t xml:space="preserve"> • Uses clear pronunciation and basic grammar</w:t>
            </w:r>
            <w:r w:rsidRPr="002034FF">
              <w:rPr>
                <w:rFonts w:asciiTheme="majorHAnsi" w:eastAsia="Didact Gothic" w:hAnsiTheme="majorHAnsi" w:cstheme="majorHAnsi"/>
                <w:sz w:val="18"/>
                <w:szCs w:val="18"/>
              </w:rPr>
              <w:br/>
              <w:t xml:space="preserve"> • Expresses comprehension (e.g., “how do you know?”)</w:t>
            </w:r>
          </w:p>
        </w:tc>
        <w:tc>
          <w:tcPr>
            <w:tcW w:w="1505"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56E5D7AA" w14:textId="77777777" w:rsidR="002034FF"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Level 1 = 8–10 correct</w:t>
            </w:r>
            <w:r w:rsidRPr="002034FF">
              <w:rPr>
                <w:rFonts w:asciiTheme="majorHAnsi" w:eastAsia="Didact Gothic" w:hAnsiTheme="majorHAnsi" w:cstheme="majorHAnsi"/>
                <w:sz w:val="18"/>
                <w:szCs w:val="18"/>
              </w:rPr>
              <w:br/>
              <w:t xml:space="preserve"> </w:t>
            </w:r>
          </w:p>
          <w:p w14:paraId="46D25A61" w14:textId="366EE221" w:rsidR="002D6374" w:rsidRPr="002034FF" w:rsidRDefault="00000000">
            <w:pPr>
              <w:spacing w:before="240" w:after="240"/>
              <w:rPr>
                <w:rFonts w:asciiTheme="majorHAnsi" w:eastAsia="Didact Gothic" w:hAnsiTheme="majorHAnsi" w:cstheme="majorHAnsi"/>
                <w:sz w:val="18"/>
                <w:szCs w:val="18"/>
              </w:rPr>
            </w:pPr>
            <w:r w:rsidRPr="002034FF">
              <w:rPr>
                <w:rFonts w:asciiTheme="majorHAnsi" w:eastAsia="Didact Gothic" w:hAnsiTheme="majorHAnsi" w:cstheme="majorHAnsi"/>
                <w:sz w:val="18"/>
                <w:szCs w:val="18"/>
              </w:rPr>
              <w:t>Developing = 5–7 correct</w:t>
            </w:r>
            <w:r w:rsidRPr="002034FF">
              <w:rPr>
                <w:rFonts w:asciiTheme="majorHAnsi" w:eastAsia="Didact Gothic" w:hAnsiTheme="majorHAnsi" w:cstheme="majorHAnsi"/>
                <w:sz w:val="18"/>
                <w:szCs w:val="18"/>
              </w:rPr>
              <w:br/>
              <w:t xml:space="preserve"> Emerging = 0–4 correct</w:t>
            </w:r>
          </w:p>
        </w:tc>
      </w:tr>
    </w:tbl>
    <w:p w14:paraId="78AD0FC8" w14:textId="77777777" w:rsidR="002034FF" w:rsidRDefault="002034FF">
      <w:pPr>
        <w:pStyle w:val="Heading2"/>
        <w:keepNext w:val="0"/>
        <w:keepLines w:val="0"/>
        <w:spacing w:before="360" w:after="80"/>
        <w:ind w:left="360"/>
        <w:rPr>
          <w:rFonts w:asciiTheme="majorHAnsi" w:eastAsia="Didact Gothic" w:hAnsiTheme="majorHAnsi" w:cstheme="majorHAnsi"/>
          <w:color w:val="000000"/>
          <w:sz w:val="24"/>
          <w:szCs w:val="24"/>
        </w:rPr>
      </w:pPr>
      <w:bookmarkStart w:id="7" w:name="_heading=h.f1i1efvrnhg7" w:colFirst="0" w:colLast="0"/>
      <w:bookmarkEnd w:id="7"/>
    </w:p>
    <w:p w14:paraId="11D3D780" w14:textId="14CC3229" w:rsidR="002D6374" w:rsidRPr="00B923F3" w:rsidRDefault="00000000">
      <w:pPr>
        <w:pStyle w:val="Heading2"/>
        <w:keepNext w:val="0"/>
        <w:keepLines w:val="0"/>
        <w:spacing w:before="360" w:after="80"/>
        <w:ind w:left="360"/>
        <w:rPr>
          <w:rFonts w:asciiTheme="majorHAnsi" w:eastAsia="Didact Gothic" w:hAnsiTheme="majorHAnsi" w:cstheme="majorHAnsi"/>
          <w:color w:val="000000"/>
          <w:sz w:val="24"/>
          <w:szCs w:val="24"/>
        </w:rPr>
      </w:pPr>
      <w:r w:rsidRPr="00B923F3">
        <w:rPr>
          <w:rFonts w:asciiTheme="majorHAnsi" w:eastAsia="Didact Gothic" w:hAnsiTheme="majorHAnsi" w:cstheme="majorHAnsi"/>
          <w:color w:val="000000"/>
          <w:sz w:val="24"/>
          <w:szCs w:val="24"/>
        </w:rPr>
        <w:lastRenderedPageBreak/>
        <w:t xml:space="preserve">Scoring Summary </w:t>
      </w:r>
      <w:r w:rsidRPr="00B923F3">
        <w:rPr>
          <w:rFonts w:asciiTheme="majorHAnsi" w:eastAsia="Didact Gothic" w:hAnsiTheme="majorHAnsi" w:cstheme="majorHAnsi"/>
          <w:b w:val="0"/>
          <w:bCs w:val="0"/>
          <w:color w:val="000000"/>
          <w:sz w:val="24"/>
          <w:szCs w:val="24"/>
          <w:highlight w:val="yellow"/>
        </w:rPr>
        <w:t>Highlight score and level</w:t>
      </w:r>
    </w:p>
    <w:tbl>
      <w:tblPr>
        <w:tblStyle w:val="a4"/>
        <w:tblW w:w="105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00" w:firstRow="0" w:lastRow="0" w:firstColumn="0" w:lastColumn="0" w:noHBand="1" w:noVBand="1"/>
      </w:tblPr>
      <w:tblGrid>
        <w:gridCol w:w="2056"/>
        <w:gridCol w:w="2073"/>
        <w:gridCol w:w="2090"/>
        <w:gridCol w:w="2179"/>
        <w:gridCol w:w="2127"/>
      </w:tblGrid>
      <w:tr w:rsidR="002D6374" w:rsidRPr="00B923F3" w14:paraId="7CCD80A6" w14:textId="77777777" w:rsidTr="002034FF">
        <w:trPr>
          <w:trHeight w:val="581"/>
        </w:trPr>
        <w:tc>
          <w:tcPr>
            <w:tcW w:w="205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06FF1448"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Section</w:t>
            </w:r>
          </w:p>
        </w:tc>
        <w:tc>
          <w:tcPr>
            <w:tcW w:w="2073"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02B9CC47"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Marks Available</w:t>
            </w:r>
          </w:p>
        </w:tc>
        <w:tc>
          <w:tcPr>
            <w:tcW w:w="2090"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2CDE6329"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Level 1 Range</w:t>
            </w:r>
          </w:p>
        </w:tc>
        <w:tc>
          <w:tcPr>
            <w:tcW w:w="217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6A8EEB8B"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Developing Range</w:t>
            </w:r>
          </w:p>
        </w:tc>
        <w:tc>
          <w:tcPr>
            <w:tcW w:w="212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07EF2790"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Emerging Range</w:t>
            </w:r>
          </w:p>
        </w:tc>
      </w:tr>
      <w:tr w:rsidR="002D6374" w:rsidRPr="00B923F3" w14:paraId="6005621E" w14:textId="77777777" w:rsidTr="002034FF">
        <w:trPr>
          <w:trHeight w:val="290"/>
        </w:trPr>
        <w:tc>
          <w:tcPr>
            <w:tcW w:w="205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72CD4920"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Reading</w:t>
            </w:r>
          </w:p>
        </w:tc>
        <w:tc>
          <w:tcPr>
            <w:tcW w:w="2073"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487B5553"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10</w:t>
            </w:r>
          </w:p>
        </w:tc>
        <w:tc>
          <w:tcPr>
            <w:tcW w:w="2090"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3E851F01"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8–10</w:t>
            </w:r>
          </w:p>
        </w:tc>
        <w:tc>
          <w:tcPr>
            <w:tcW w:w="217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140338A4"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5–7</w:t>
            </w:r>
          </w:p>
        </w:tc>
        <w:tc>
          <w:tcPr>
            <w:tcW w:w="212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5AA0A5CC"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0–4</w:t>
            </w:r>
          </w:p>
        </w:tc>
      </w:tr>
      <w:tr w:rsidR="002D6374" w:rsidRPr="00B923F3" w14:paraId="046D22DA" w14:textId="77777777" w:rsidTr="002034FF">
        <w:trPr>
          <w:trHeight w:val="290"/>
        </w:trPr>
        <w:tc>
          <w:tcPr>
            <w:tcW w:w="205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4991FF07"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Math</w:t>
            </w:r>
          </w:p>
        </w:tc>
        <w:tc>
          <w:tcPr>
            <w:tcW w:w="2073"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00F17920"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22</w:t>
            </w:r>
          </w:p>
        </w:tc>
        <w:tc>
          <w:tcPr>
            <w:tcW w:w="2090"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4AC08256"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18–22</w:t>
            </w:r>
          </w:p>
        </w:tc>
        <w:tc>
          <w:tcPr>
            <w:tcW w:w="217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5655028C"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12–17</w:t>
            </w:r>
          </w:p>
        </w:tc>
        <w:tc>
          <w:tcPr>
            <w:tcW w:w="212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164F89FB"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0–11</w:t>
            </w:r>
          </w:p>
        </w:tc>
      </w:tr>
      <w:tr w:rsidR="002D6374" w:rsidRPr="00B923F3" w14:paraId="472490EF" w14:textId="77777777" w:rsidTr="002034FF">
        <w:trPr>
          <w:trHeight w:val="290"/>
        </w:trPr>
        <w:tc>
          <w:tcPr>
            <w:tcW w:w="205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69DEAF4E"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Oral</w:t>
            </w:r>
          </w:p>
        </w:tc>
        <w:tc>
          <w:tcPr>
            <w:tcW w:w="2073"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1EF82053"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10</w:t>
            </w:r>
          </w:p>
        </w:tc>
        <w:tc>
          <w:tcPr>
            <w:tcW w:w="2090"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2FFCD397"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8–10</w:t>
            </w:r>
          </w:p>
        </w:tc>
        <w:tc>
          <w:tcPr>
            <w:tcW w:w="2179"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114E0D9E"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5–7</w:t>
            </w:r>
          </w:p>
        </w:tc>
        <w:tc>
          <w:tcPr>
            <w:tcW w:w="212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7A6D1DFE"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0–4</w:t>
            </w:r>
          </w:p>
        </w:tc>
      </w:tr>
      <w:tr w:rsidR="002D6374" w:rsidRPr="00B923F3" w14:paraId="36ED2038" w14:textId="77777777" w:rsidTr="002034FF">
        <w:trPr>
          <w:trHeight w:val="290"/>
        </w:trPr>
        <w:tc>
          <w:tcPr>
            <w:tcW w:w="205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60D8FDCF"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Strengths</w:t>
            </w:r>
          </w:p>
        </w:tc>
        <w:tc>
          <w:tcPr>
            <w:tcW w:w="8469" w:type="dxa"/>
            <w:gridSpan w:val="4"/>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7F8DD7FF" w14:textId="77777777" w:rsidR="002D6374" w:rsidRPr="00B923F3" w:rsidRDefault="002D6374">
            <w:pPr>
              <w:spacing w:before="240" w:after="240"/>
              <w:rPr>
                <w:rFonts w:asciiTheme="majorHAnsi" w:eastAsia="Didact Gothic" w:hAnsiTheme="majorHAnsi" w:cstheme="majorHAnsi"/>
                <w:sz w:val="24"/>
                <w:szCs w:val="24"/>
              </w:rPr>
            </w:pPr>
          </w:p>
          <w:p w14:paraId="7FA43DC1" w14:textId="77777777" w:rsidR="002D6374" w:rsidRPr="00B923F3" w:rsidRDefault="002D6374">
            <w:pPr>
              <w:spacing w:before="240" w:after="240"/>
              <w:rPr>
                <w:rFonts w:asciiTheme="majorHAnsi" w:eastAsia="Didact Gothic" w:hAnsiTheme="majorHAnsi" w:cstheme="majorHAnsi"/>
                <w:sz w:val="24"/>
                <w:szCs w:val="24"/>
              </w:rPr>
            </w:pPr>
          </w:p>
          <w:p w14:paraId="5AE21983" w14:textId="77777777" w:rsidR="002D6374" w:rsidRPr="00B923F3" w:rsidRDefault="002D6374">
            <w:pPr>
              <w:spacing w:before="240" w:after="240"/>
              <w:rPr>
                <w:rFonts w:asciiTheme="majorHAnsi" w:eastAsia="Didact Gothic" w:hAnsiTheme="majorHAnsi" w:cstheme="majorHAnsi"/>
                <w:sz w:val="24"/>
                <w:szCs w:val="24"/>
              </w:rPr>
            </w:pPr>
          </w:p>
          <w:p w14:paraId="2EF98EEF" w14:textId="77777777" w:rsidR="002D6374" w:rsidRPr="00B923F3" w:rsidRDefault="002D6374">
            <w:pPr>
              <w:spacing w:before="240" w:after="240"/>
              <w:rPr>
                <w:rFonts w:asciiTheme="majorHAnsi" w:eastAsia="Didact Gothic" w:hAnsiTheme="majorHAnsi" w:cstheme="majorHAnsi"/>
                <w:sz w:val="24"/>
                <w:szCs w:val="24"/>
              </w:rPr>
            </w:pPr>
          </w:p>
        </w:tc>
      </w:tr>
      <w:tr w:rsidR="002D6374" w:rsidRPr="00B923F3" w14:paraId="1B12800D" w14:textId="77777777" w:rsidTr="002034FF">
        <w:trPr>
          <w:trHeight w:val="2624"/>
        </w:trPr>
        <w:tc>
          <w:tcPr>
            <w:tcW w:w="205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41F9E36E"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Needs</w:t>
            </w:r>
          </w:p>
        </w:tc>
        <w:tc>
          <w:tcPr>
            <w:tcW w:w="8469" w:type="dxa"/>
            <w:gridSpan w:val="4"/>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2A96B9B2" w14:textId="77777777" w:rsidR="002D6374" w:rsidRPr="00B923F3" w:rsidRDefault="002D6374">
            <w:pPr>
              <w:spacing w:before="240" w:after="240"/>
              <w:rPr>
                <w:rFonts w:asciiTheme="majorHAnsi" w:eastAsia="Didact Gothic" w:hAnsiTheme="majorHAnsi" w:cstheme="majorHAnsi"/>
                <w:sz w:val="24"/>
                <w:szCs w:val="24"/>
              </w:rPr>
            </w:pPr>
          </w:p>
          <w:p w14:paraId="735EA71F" w14:textId="77777777" w:rsidR="002D6374" w:rsidRPr="00B923F3" w:rsidRDefault="002D6374">
            <w:pPr>
              <w:spacing w:before="240" w:after="240"/>
              <w:rPr>
                <w:rFonts w:asciiTheme="majorHAnsi" w:eastAsia="Didact Gothic" w:hAnsiTheme="majorHAnsi" w:cstheme="majorHAnsi"/>
                <w:sz w:val="24"/>
                <w:szCs w:val="24"/>
              </w:rPr>
            </w:pPr>
          </w:p>
          <w:p w14:paraId="113E38B7" w14:textId="77777777" w:rsidR="002D6374" w:rsidRPr="00B923F3" w:rsidRDefault="002D6374">
            <w:pPr>
              <w:spacing w:before="240" w:after="240"/>
              <w:rPr>
                <w:rFonts w:asciiTheme="majorHAnsi" w:eastAsia="Didact Gothic" w:hAnsiTheme="majorHAnsi" w:cstheme="majorHAnsi"/>
                <w:sz w:val="24"/>
                <w:szCs w:val="24"/>
              </w:rPr>
            </w:pPr>
          </w:p>
        </w:tc>
      </w:tr>
      <w:tr w:rsidR="002D6374" w:rsidRPr="00B923F3" w14:paraId="463728B7" w14:textId="77777777" w:rsidTr="002034FF">
        <w:trPr>
          <w:trHeight w:val="2656"/>
        </w:trPr>
        <w:tc>
          <w:tcPr>
            <w:tcW w:w="205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2FC735B6"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Next Steps</w:t>
            </w:r>
          </w:p>
        </w:tc>
        <w:tc>
          <w:tcPr>
            <w:tcW w:w="8469" w:type="dxa"/>
            <w:gridSpan w:val="4"/>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0864496F" w14:textId="77777777" w:rsidR="002D6374" w:rsidRPr="00B923F3" w:rsidRDefault="002D6374">
            <w:pPr>
              <w:spacing w:before="240" w:after="240"/>
              <w:rPr>
                <w:rFonts w:asciiTheme="majorHAnsi" w:eastAsia="Didact Gothic" w:hAnsiTheme="majorHAnsi" w:cstheme="majorHAnsi"/>
                <w:sz w:val="24"/>
                <w:szCs w:val="24"/>
              </w:rPr>
            </w:pPr>
          </w:p>
          <w:p w14:paraId="0A61D14A" w14:textId="77777777" w:rsidR="002D6374" w:rsidRPr="00B923F3" w:rsidRDefault="002D6374">
            <w:pPr>
              <w:spacing w:before="240" w:after="240"/>
              <w:rPr>
                <w:rFonts w:asciiTheme="majorHAnsi" w:eastAsia="Didact Gothic" w:hAnsiTheme="majorHAnsi" w:cstheme="majorHAnsi"/>
                <w:sz w:val="24"/>
                <w:szCs w:val="24"/>
              </w:rPr>
            </w:pPr>
          </w:p>
          <w:p w14:paraId="65A6AC91" w14:textId="77777777" w:rsidR="002D6374" w:rsidRPr="00B923F3" w:rsidRDefault="002D6374">
            <w:pPr>
              <w:spacing w:before="240" w:after="240"/>
              <w:rPr>
                <w:rFonts w:asciiTheme="majorHAnsi" w:eastAsia="Didact Gothic" w:hAnsiTheme="majorHAnsi" w:cstheme="majorHAnsi"/>
                <w:sz w:val="24"/>
                <w:szCs w:val="24"/>
              </w:rPr>
            </w:pPr>
          </w:p>
        </w:tc>
      </w:tr>
      <w:tr w:rsidR="002D6374" w:rsidRPr="00B923F3" w14:paraId="303CDFAC" w14:textId="77777777" w:rsidTr="002034FF">
        <w:trPr>
          <w:trHeight w:val="1101"/>
        </w:trPr>
        <w:tc>
          <w:tcPr>
            <w:tcW w:w="2056" w:type="dxa"/>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4D21DFDA" w14:textId="77777777" w:rsidR="002D6374" w:rsidRPr="00B923F3" w:rsidRDefault="00000000">
            <w:pPr>
              <w:spacing w:before="240" w:after="24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Referrals at Entrance</w:t>
            </w:r>
          </w:p>
        </w:tc>
        <w:tc>
          <w:tcPr>
            <w:tcW w:w="8469" w:type="dxa"/>
            <w:gridSpan w:val="4"/>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27959333" w14:textId="77777777" w:rsidR="002D6374" w:rsidRPr="00B923F3" w:rsidRDefault="002D6374">
            <w:pPr>
              <w:spacing w:before="240" w:after="240"/>
              <w:rPr>
                <w:rFonts w:asciiTheme="majorHAnsi" w:eastAsia="Didact Gothic" w:hAnsiTheme="majorHAnsi" w:cstheme="majorHAnsi"/>
                <w:sz w:val="24"/>
                <w:szCs w:val="24"/>
              </w:rPr>
            </w:pPr>
          </w:p>
        </w:tc>
      </w:tr>
    </w:tbl>
    <w:p w14:paraId="2A5DA2A7" w14:textId="77777777" w:rsidR="002D6374" w:rsidRPr="00B923F3" w:rsidRDefault="002D6374">
      <w:pPr>
        <w:pStyle w:val="Heading1"/>
        <w:spacing w:before="0"/>
        <w:rPr>
          <w:rFonts w:asciiTheme="majorHAnsi" w:eastAsia="Didact Gothic" w:hAnsiTheme="majorHAnsi" w:cstheme="majorHAnsi"/>
          <w:sz w:val="24"/>
          <w:szCs w:val="24"/>
        </w:rPr>
      </w:pPr>
    </w:p>
    <w:p w14:paraId="22435109" w14:textId="77777777" w:rsidR="002034FF" w:rsidRDefault="002034FF">
      <w:pPr>
        <w:pStyle w:val="Heading1"/>
        <w:spacing w:before="0"/>
        <w:rPr>
          <w:rFonts w:asciiTheme="majorHAnsi" w:eastAsia="Didact Gothic" w:hAnsiTheme="majorHAnsi" w:cstheme="majorHAnsi"/>
          <w:sz w:val="24"/>
          <w:szCs w:val="24"/>
        </w:rPr>
        <w:sectPr w:rsidR="002034FF" w:rsidSect="005127B4">
          <w:footerReference w:type="default" r:id="rId12"/>
          <w:type w:val="continuous"/>
          <w:pgSz w:w="12240" w:h="15840"/>
          <w:pgMar w:top="720" w:right="720" w:bottom="720" w:left="720" w:header="720" w:footer="720" w:gutter="0"/>
          <w:pgNumType w:start="4"/>
          <w:cols w:space="720"/>
          <w:docGrid w:linePitch="299"/>
        </w:sectPr>
      </w:pPr>
    </w:p>
    <w:p w14:paraId="653599FC" w14:textId="77777777" w:rsidR="002D6374" w:rsidRPr="00B923F3" w:rsidRDefault="00000000">
      <w:pPr>
        <w:pStyle w:val="Heading1"/>
        <w:spacing w:before="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lastRenderedPageBreak/>
        <w:t>Teacher Marking Guide</w:t>
      </w:r>
    </w:p>
    <w:p w14:paraId="54615706" w14:textId="77777777" w:rsidR="002D6374" w:rsidRPr="00B923F3" w:rsidRDefault="00000000">
      <w:pPr>
        <w:pStyle w:val="Heading2"/>
        <w:spacing w:before="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Reading Answers</w:t>
      </w:r>
    </w:p>
    <w:p w14:paraId="35547266"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 In a small town</w:t>
      </w:r>
    </w:p>
    <w:p w14:paraId="03B57825"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2. To the bakery</w:t>
      </w:r>
    </w:p>
    <w:p w14:paraId="63CEC2AF"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3. Bread and milk</w:t>
      </w:r>
    </w:p>
    <w:p w14:paraId="0E0FA9F7"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4. Apples</w:t>
      </w:r>
    </w:p>
    <w:p w14:paraId="09F81BE9"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5. Goes home</w:t>
      </w:r>
    </w:p>
    <w:p w14:paraId="0E536F72"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6. Breakfast</w:t>
      </w:r>
    </w:p>
    <w:p w14:paraId="31E72BED"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7. Walks</w:t>
      </w:r>
    </w:p>
    <w:p w14:paraId="0C8CEFD4"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8. Yes</w:t>
      </w:r>
    </w:p>
    <w:p w14:paraId="15D94B7F"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9. Bread and milk</w:t>
      </w:r>
    </w:p>
    <w:p w14:paraId="4C31F272"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10. 'Likes'</w:t>
      </w:r>
    </w:p>
    <w:p w14:paraId="332ED8CE" w14:textId="77777777" w:rsidR="002D6374" w:rsidRPr="00B923F3" w:rsidRDefault="00000000">
      <w:pPr>
        <w:pStyle w:val="Heading2"/>
        <w:spacing w:before="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 xml:space="preserve">Math Answers </w:t>
      </w:r>
    </w:p>
    <w:p w14:paraId="27402510"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1a) 23      b) 16        c</w:t>
      </w:r>
      <w:proofErr w:type="gramStart"/>
      <w:r w:rsidRPr="00B923F3">
        <w:rPr>
          <w:rFonts w:asciiTheme="majorHAnsi" w:eastAsia="Didact Gothic" w:hAnsiTheme="majorHAnsi" w:cstheme="majorHAnsi"/>
          <w:sz w:val="24"/>
          <w:szCs w:val="24"/>
        </w:rPr>
        <w:t>)  56</w:t>
      </w:r>
      <w:proofErr w:type="gramEnd"/>
    </w:p>
    <w:p w14:paraId="62DAA290"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2</w:t>
      </w:r>
      <w:proofErr w:type="gramStart"/>
      <w:r w:rsidRPr="00B923F3">
        <w:rPr>
          <w:rFonts w:asciiTheme="majorHAnsi" w:eastAsia="Didact Gothic" w:hAnsiTheme="majorHAnsi" w:cstheme="majorHAnsi"/>
          <w:sz w:val="24"/>
          <w:szCs w:val="24"/>
        </w:rPr>
        <w:t>a)  9</w:t>
      </w:r>
      <w:proofErr w:type="gramEnd"/>
      <w:r w:rsidRPr="00B923F3">
        <w:rPr>
          <w:rFonts w:asciiTheme="majorHAnsi" w:eastAsia="Didact Gothic" w:hAnsiTheme="majorHAnsi" w:cstheme="majorHAnsi"/>
          <w:sz w:val="24"/>
          <w:szCs w:val="24"/>
        </w:rPr>
        <w:t xml:space="preserve">  </w:t>
      </w:r>
      <w:r w:rsidRPr="00B923F3">
        <w:rPr>
          <w:rFonts w:asciiTheme="majorHAnsi" w:eastAsia="Didact Gothic" w:hAnsiTheme="majorHAnsi" w:cstheme="majorHAnsi"/>
          <w:sz w:val="24"/>
          <w:szCs w:val="24"/>
        </w:rPr>
        <w:tab/>
        <w:t xml:space="preserve">    b) 14        c) 37</w:t>
      </w:r>
    </w:p>
    <w:p w14:paraId="789B60A6"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3</w:t>
      </w:r>
      <w:proofErr w:type="gramStart"/>
      <w:r w:rsidRPr="00B923F3">
        <w:rPr>
          <w:rFonts w:asciiTheme="majorHAnsi" w:eastAsia="Didact Gothic" w:hAnsiTheme="majorHAnsi" w:cstheme="majorHAnsi"/>
          <w:sz w:val="24"/>
          <w:szCs w:val="24"/>
        </w:rPr>
        <w:t>a)  48</w:t>
      </w:r>
      <w:proofErr w:type="gramEnd"/>
      <w:r w:rsidRPr="00B923F3">
        <w:rPr>
          <w:rFonts w:asciiTheme="majorHAnsi" w:eastAsia="Didact Gothic" w:hAnsiTheme="majorHAnsi" w:cstheme="majorHAnsi"/>
          <w:sz w:val="24"/>
          <w:szCs w:val="24"/>
        </w:rPr>
        <w:t xml:space="preserve">     b) 144      c) 66</w:t>
      </w:r>
    </w:p>
    <w:p w14:paraId="7BD7C78C"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 xml:space="preserve">4a) 8         </w:t>
      </w:r>
      <w:proofErr w:type="gramStart"/>
      <w:r w:rsidRPr="00B923F3">
        <w:rPr>
          <w:rFonts w:asciiTheme="majorHAnsi" w:eastAsia="Didact Gothic" w:hAnsiTheme="majorHAnsi" w:cstheme="majorHAnsi"/>
          <w:sz w:val="24"/>
          <w:szCs w:val="24"/>
        </w:rPr>
        <w:t>b)  27</w:t>
      </w:r>
      <w:proofErr w:type="gramEnd"/>
      <w:r w:rsidRPr="00B923F3">
        <w:rPr>
          <w:rFonts w:asciiTheme="majorHAnsi" w:eastAsia="Didact Gothic" w:hAnsiTheme="majorHAnsi" w:cstheme="majorHAnsi"/>
          <w:sz w:val="24"/>
          <w:szCs w:val="24"/>
        </w:rPr>
        <w:t xml:space="preserve">       c</w:t>
      </w:r>
      <w:proofErr w:type="gramStart"/>
      <w:r w:rsidRPr="00B923F3">
        <w:rPr>
          <w:rFonts w:asciiTheme="majorHAnsi" w:eastAsia="Didact Gothic" w:hAnsiTheme="majorHAnsi" w:cstheme="majorHAnsi"/>
          <w:sz w:val="24"/>
          <w:szCs w:val="24"/>
        </w:rPr>
        <w:t>)  4</w:t>
      </w:r>
      <w:proofErr w:type="gramEnd"/>
      <w:r w:rsidRPr="00B923F3">
        <w:rPr>
          <w:rFonts w:asciiTheme="majorHAnsi" w:eastAsia="Didact Gothic" w:hAnsiTheme="majorHAnsi" w:cstheme="majorHAnsi"/>
          <w:sz w:val="24"/>
          <w:szCs w:val="24"/>
        </w:rPr>
        <w:t xml:space="preserve">                                              </w:t>
      </w:r>
    </w:p>
    <w:p w14:paraId="200F40D2" w14:textId="77777777" w:rsidR="002D6374" w:rsidRPr="00B923F3" w:rsidRDefault="002D6374">
      <w:pPr>
        <w:rPr>
          <w:rFonts w:asciiTheme="majorHAnsi" w:eastAsia="Didact Gothic" w:hAnsiTheme="majorHAnsi" w:cstheme="majorHAnsi"/>
          <w:sz w:val="24"/>
          <w:szCs w:val="24"/>
        </w:rPr>
      </w:pPr>
    </w:p>
    <w:p w14:paraId="04366E9E" w14:textId="77777777" w:rsidR="002D6374" w:rsidRPr="00B923F3" w:rsidRDefault="00000000">
      <w:pPr>
        <w:rPr>
          <w:rFonts w:asciiTheme="majorHAnsi" w:eastAsia="Didact Gothic" w:hAnsiTheme="majorHAnsi" w:cstheme="majorHAnsi"/>
          <w:b/>
          <w:bCs/>
          <w:color w:val="4A86E8"/>
          <w:sz w:val="24"/>
          <w:szCs w:val="24"/>
        </w:rPr>
      </w:pPr>
      <w:r w:rsidRPr="00B923F3">
        <w:rPr>
          <w:rFonts w:asciiTheme="majorHAnsi" w:eastAsia="Didact Gothic" w:hAnsiTheme="majorHAnsi" w:cstheme="majorHAnsi"/>
          <w:b/>
          <w:bCs/>
          <w:color w:val="4A86E8"/>
          <w:sz w:val="24"/>
          <w:szCs w:val="24"/>
        </w:rPr>
        <w:t>Word Problem Answers</w:t>
      </w:r>
    </w:p>
    <w:p w14:paraId="373E4AF6"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 $6</w:t>
      </w:r>
    </w:p>
    <w:p w14:paraId="6BCE959B"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2. $8</w:t>
      </w:r>
    </w:p>
    <w:p w14:paraId="6F4E5E21"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3. $2</w:t>
      </w:r>
    </w:p>
    <w:p w14:paraId="2C7E1DE3"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4. 30 minutes</w:t>
      </w:r>
    </w:p>
    <w:p w14:paraId="7D4D57B7"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5. $2.00</w:t>
      </w:r>
    </w:p>
    <w:p w14:paraId="1B2B07E9"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6. $9</w:t>
      </w:r>
    </w:p>
    <w:p w14:paraId="5CDB3602"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7. 2 days</w:t>
      </w:r>
    </w:p>
    <w:p w14:paraId="60B3C5B0"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8. 30 minutes</w:t>
      </w:r>
    </w:p>
    <w:p w14:paraId="6BB3DE68"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9. $14</w:t>
      </w:r>
    </w:p>
    <w:p w14:paraId="6E682414"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10. $7.50</w:t>
      </w:r>
    </w:p>
    <w:p w14:paraId="2C3D0D7A" w14:textId="77777777" w:rsidR="002D6374" w:rsidRPr="00B923F3" w:rsidRDefault="002D6374">
      <w:pPr>
        <w:pStyle w:val="Heading2"/>
        <w:spacing w:before="0"/>
        <w:rPr>
          <w:rFonts w:asciiTheme="majorHAnsi" w:eastAsia="Didact Gothic" w:hAnsiTheme="majorHAnsi" w:cstheme="majorHAnsi"/>
          <w:sz w:val="24"/>
          <w:szCs w:val="24"/>
        </w:rPr>
      </w:pPr>
    </w:p>
    <w:p w14:paraId="3D3ABEB0" w14:textId="77777777" w:rsidR="002D6374" w:rsidRPr="00B923F3" w:rsidRDefault="00000000">
      <w:pPr>
        <w:pStyle w:val="Heading2"/>
        <w:spacing w:before="0"/>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Oral Reading Guide</w:t>
      </w:r>
    </w:p>
    <w:p w14:paraId="11B236B7"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 Grocery store</w:t>
      </w:r>
    </w:p>
    <w:p w14:paraId="7CE9B69C"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2. 8:30 a.m.</w:t>
      </w:r>
    </w:p>
    <w:p w14:paraId="2D0F7E5A"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3. Fruit and vegetables</w:t>
      </w:r>
    </w:p>
    <w:p w14:paraId="466F09F4"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4. Customers</w:t>
      </w:r>
    </w:p>
    <w:p w14:paraId="2CDDA584"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5. Sandwich</w:t>
      </w:r>
    </w:p>
    <w:p w14:paraId="4E23848E"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6. Water</w:t>
      </w:r>
    </w:p>
    <w:p w14:paraId="43A11FFD"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7. 4:30 p.m.</w:t>
      </w:r>
    </w:p>
    <w:p w14:paraId="1755160A"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8. He walks home</w:t>
      </w:r>
    </w:p>
    <w:p w14:paraId="363B2B0A"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9. Watches TV with family</w:t>
      </w:r>
    </w:p>
    <w:p w14:paraId="16EEFB52" w14:textId="77777777" w:rsidR="002D6374" w:rsidRPr="00B923F3" w:rsidRDefault="00000000">
      <w:pPr>
        <w:rPr>
          <w:rFonts w:asciiTheme="majorHAnsi" w:eastAsia="Didact Gothic" w:hAnsiTheme="majorHAnsi" w:cstheme="majorHAnsi"/>
          <w:sz w:val="24"/>
          <w:szCs w:val="24"/>
        </w:rPr>
      </w:pPr>
      <w:r w:rsidRPr="00B923F3">
        <w:rPr>
          <w:rFonts w:asciiTheme="majorHAnsi" w:eastAsia="Didact Gothic" w:hAnsiTheme="majorHAnsi" w:cstheme="majorHAnsi"/>
          <w:sz w:val="24"/>
          <w:szCs w:val="24"/>
        </w:rPr>
        <w:t>10. Yes – he likes helping people / enjoys work</w:t>
      </w:r>
    </w:p>
    <w:sectPr w:rsidR="002D6374" w:rsidRPr="00B923F3" w:rsidSect="005127B4">
      <w:footerReference w:type="default" r:id="rId13"/>
      <w:type w:val="continuous"/>
      <w:pgSz w:w="12240" w:h="15840"/>
      <w:pgMar w:top="720" w:right="720" w:bottom="720" w:left="720" w:header="720" w:footer="720" w:gutter="0"/>
      <w:pgNumType w:start="11"/>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19C42" w14:textId="77777777" w:rsidR="00C61F95" w:rsidRDefault="00C61F95">
      <w:pPr>
        <w:spacing w:after="0" w:line="240" w:lineRule="auto"/>
      </w:pPr>
      <w:r>
        <w:separator/>
      </w:r>
    </w:p>
  </w:endnote>
  <w:endnote w:type="continuationSeparator" w:id="0">
    <w:p w14:paraId="2384255E" w14:textId="77777777" w:rsidR="00C61F95" w:rsidRDefault="00C61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A8D8166-E2DF-4576-A41D-D700BE40C2A3}"/>
    <w:embedBold r:id="rId2" w:fontKey="{28C20AFC-FF0E-403D-AD38-60566325AE54}"/>
    <w:embedItalic r:id="rId3" w:fontKey="{CC2CB4AA-F0A0-43A0-9014-C91EA16FBBC9}"/>
    <w:embedBoldItalic r:id="rId4" w:fontKey="{AC4E5484-9658-4F22-9F23-20F9236FFC68}"/>
  </w:font>
  <w:font w:name="Calibri">
    <w:panose1 w:val="020F0502020204030204"/>
    <w:charset w:val="00"/>
    <w:family w:val="swiss"/>
    <w:pitch w:val="variable"/>
    <w:sig w:usb0="E4002EFF" w:usb1="C200247B" w:usb2="00000009" w:usb3="00000000" w:csb0="000001FF" w:csb1="00000000"/>
    <w:embedRegular r:id="rId5" w:fontKey="{EC60B849-29A0-4CFB-B0AB-8E6DC5F60606}"/>
    <w:embedBold r:id="rId6" w:fontKey="{8392598F-3D58-4F7F-8B99-DF8B50B46B94}"/>
    <w:embedItalic r:id="rId7" w:fontKey="{C602370F-0B79-4F3A-9A71-4119A1792F6A}"/>
    <w:embedBoldItalic r:id="rId8" w:fontKey="{8FAD6DAB-325A-4B19-923D-A3BA4666ED99}"/>
  </w:font>
  <w:font w:name="Courier">
    <w:panose1 w:val="02070409020205020404"/>
    <w:charset w:val="00"/>
    <w:family w:val="modern"/>
    <w:pitch w:val="fixed"/>
    <w:sig w:usb0="00000003" w:usb1="00000000" w:usb2="00000000" w:usb3="00000000" w:csb0="00000001" w:csb1="00000000"/>
  </w:font>
  <w:font w:name="Didact Gothic">
    <w:panose1 w:val="00000500000000000000"/>
    <w:charset w:val="00"/>
    <w:family w:val="auto"/>
    <w:pitch w:val="variable"/>
    <w:sig w:usb0="600002CF" w:usb1="00000002" w:usb2="00000000" w:usb3="00000000" w:csb0="0000019F" w:csb1="00000000"/>
    <w:embedRegular r:id="rId9" w:fontKey="{DFD3837E-1D86-4893-8896-C93F5713A9AF}"/>
    <w:embedBold r:id="rId10" w:fontKey="{18451878-93BE-49CD-B3E1-C17B7AF3EBEE}"/>
  </w:font>
  <w:font w:name="Arial Unicode MS">
    <w:altName w:val="Arial"/>
    <w:panose1 w:val="020B0604020202020204"/>
    <w:charset w:val="00"/>
    <w:family w:val="auto"/>
    <w:pitch w:val="default"/>
  </w:font>
  <w:font w:name="Segoe UI Emoji">
    <w:panose1 w:val="020B0502040204020203"/>
    <w:charset w:val="00"/>
    <w:family w:val="swiss"/>
    <w:pitch w:val="variable"/>
    <w:sig w:usb0="00000003" w:usb1="02000000" w:usb2="08000000" w:usb3="00000000" w:csb0="00000001" w:csb1="00000000"/>
    <w:embedRegular r:id="rId11" w:fontKey="{637F8207-A775-425B-BDE4-0F3BB7717C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237880"/>
      <w:docPartObj>
        <w:docPartGallery w:val="Page Numbers (Bottom of Page)"/>
        <w:docPartUnique/>
      </w:docPartObj>
    </w:sdtPr>
    <w:sdtContent>
      <w:sdt>
        <w:sdtPr>
          <w:id w:val="-1769616900"/>
          <w:docPartObj>
            <w:docPartGallery w:val="Page Numbers (Top of Page)"/>
            <w:docPartUnique/>
          </w:docPartObj>
        </w:sdtPr>
        <w:sdtContent>
          <w:p w14:paraId="35B60622" w14:textId="5444FE1B" w:rsidR="005127B4" w:rsidRDefault="005127B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F68198F" w14:textId="77777777" w:rsidR="005127B4" w:rsidRDefault="0051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838276"/>
      <w:docPartObj>
        <w:docPartGallery w:val="Page Numbers (Bottom of Page)"/>
        <w:docPartUnique/>
      </w:docPartObj>
    </w:sdtPr>
    <w:sdtContent>
      <w:sdt>
        <w:sdtPr>
          <w:id w:val="1254012772"/>
          <w:docPartObj>
            <w:docPartGallery w:val="Page Numbers (Top of Page)"/>
            <w:docPartUnique/>
          </w:docPartObj>
        </w:sdtPr>
        <w:sdtContent>
          <w:p w14:paraId="75FA0806" w14:textId="77777777" w:rsidR="005127B4" w:rsidRDefault="005127B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412CB17" w14:textId="77777777" w:rsidR="005127B4" w:rsidRDefault="005127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026658"/>
      <w:docPartObj>
        <w:docPartGallery w:val="Page Numbers (Bottom of Page)"/>
        <w:docPartUnique/>
      </w:docPartObj>
    </w:sdtPr>
    <w:sdtContent>
      <w:sdt>
        <w:sdtPr>
          <w:id w:val="497162285"/>
          <w:docPartObj>
            <w:docPartGallery w:val="Page Numbers (Top of Page)"/>
            <w:docPartUnique/>
          </w:docPartObj>
        </w:sdtPr>
        <w:sdtContent>
          <w:p w14:paraId="5F0AF504" w14:textId="7D26C543" w:rsidR="005127B4" w:rsidRDefault="005127B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A92FF2C" w14:textId="77777777" w:rsidR="005127B4" w:rsidRPr="005127B4" w:rsidRDefault="005127B4" w:rsidP="005127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656746"/>
      <w:docPartObj>
        <w:docPartGallery w:val="Page Numbers (Bottom of Page)"/>
        <w:docPartUnique/>
      </w:docPartObj>
    </w:sdtPr>
    <w:sdtContent>
      <w:sdt>
        <w:sdtPr>
          <w:id w:val="1528525533"/>
          <w:docPartObj>
            <w:docPartGallery w:val="Page Numbers (Top of Page)"/>
            <w:docPartUnique/>
          </w:docPartObj>
        </w:sdtPr>
        <w:sdtContent>
          <w:p w14:paraId="7429BE6A" w14:textId="20C4F858" w:rsidR="005127B4" w:rsidRDefault="005127B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DF7C7BA" w14:textId="77777777" w:rsidR="005127B4" w:rsidRPr="005127B4" w:rsidRDefault="005127B4" w:rsidP="00512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D73AB" w14:textId="77777777" w:rsidR="00C61F95" w:rsidRDefault="00C61F95">
      <w:pPr>
        <w:spacing w:after="0" w:line="240" w:lineRule="auto"/>
      </w:pPr>
      <w:r>
        <w:separator/>
      </w:r>
    </w:p>
  </w:footnote>
  <w:footnote w:type="continuationSeparator" w:id="0">
    <w:p w14:paraId="07BE1475" w14:textId="77777777" w:rsidR="00C61F95" w:rsidRDefault="00C61F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F889B" w14:textId="77777777" w:rsidR="002D6374" w:rsidRDefault="00000000">
    <w:r>
      <w:t>Functional English 1 - Initial Assessment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A8F28" w14:textId="77777777" w:rsidR="005127B4" w:rsidRDefault="005127B4">
    <w:r>
      <w:t>Functional English 1 - Initial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80058"/>
    <w:multiLevelType w:val="multilevel"/>
    <w:tmpl w:val="A64E7354"/>
    <w:lvl w:ilvl="0">
      <w:start w:val="1"/>
      <w:numFmt w:val="decimal"/>
      <w:pStyle w:val="ListBullet3"/>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B953038"/>
    <w:multiLevelType w:val="multilevel"/>
    <w:tmpl w:val="1B782ADC"/>
    <w:lvl w:ilvl="0">
      <w:start w:val="1"/>
      <w:numFmt w:val="decimal"/>
      <w:pStyle w:val="ListBullet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16C3FAE"/>
    <w:multiLevelType w:val="multilevel"/>
    <w:tmpl w:val="8408C49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6CCE7C65"/>
    <w:multiLevelType w:val="multilevel"/>
    <w:tmpl w:val="BF0494A2"/>
    <w:lvl w:ilvl="0">
      <w:start w:val="1"/>
      <w:numFmt w:val="lowerLetter"/>
      <w:pStyle w:val="ListBullet"/>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71AA4782"/>
    <w:multiLevelType w:val="multilevel"/>
    <w:tmpl w:val="FAF2DCEE"/>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56346069">
    <w:abstractNumId w:val="3"/>
  </w:num>
  <w:num w:numId="2" w16cid:durableId="360323980">
    <w:abstractNumId w:val="1"/>
  </w:num>
  <w:num w:numId="3" w16cid:durableId="885608967">
    <w:abstractNumId w:val="0"/>
  </w:num>
  <w:num w:numId="4" w16cid:durableId="1405686049">
    <w:abstractNumId w:val="2"/>
  </w:num>
  <w:num w:numId="5" w16cid:durableId="288440149">
    <w:abstractNumId w:val="4"/>
  </w:num>
  <w:num w:numId="6" w16cid:durableId="13993967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40609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374"/>
    <w:rsid w:val="00003ECD"/>
    <w:rsid w:val="002034FF"/>
    <w:rsid w:val="002D6374"/>
    <w:rsid w:val="004C00C7"/>
    <w:rsid w:val="005127B4"/>
    <w:rsid w:val="0052521F"/>
    <w:rsid w:val="008B03FE"/>
    <w:rsid w:val="00B923F3"/>
    <w:rsid w:val="00C61F95"/>
    <w:rsid w:val="00F37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DE4B1"/>
  <w15:docId w15:val="{3C12E0BB-4CC5-4F4B-B2FF-653B36720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zeUePwy2xskeUWcqcDfUDvPPyA==">CgMxLjAaLAoBMBInCiUIB0IhCg1EaWRhY3QgR290aGljEhBBcmlhbCBVbmljb2RlIE1TGiwKATESJwolCAdCIQoNRGlkYWN0IEdvdGhpYxIQQXJpYWwgVW5pY29kZSBNUzIOaC5xZGU3b3kyaGwzdnkyDmgub2l3bW83bXE2ajNoMg5oLjM2ZXFpbXZ2dzYwYTIOaC4yamJ5cWdlbjZraG0yDWguZ2t5emFwcjVwYXUyDmguYXJkZ2s0dGYwM3FiMg5oLmY2bnFheXh6ZnRyZDIOaC5mMWkxZWZ2cm5oZzc4AHIhMUxGcDBjYWtfVEhyTWtvM1FJWTFWdGtzVDRkaFc1UzF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Haldenby</dc:creator>
  <cp:lastModifiedBy>Sara Haldenby</cp:lastModifiedBy>
  <cp:revision>2</cp:revision>
  <dcterms:created xsi:type="dcterms:W3CDTF">2026-01-26T13:56:00Z</dcterms:created>
  <dcterms:modified xsi:type="dcterms:W3CDTF">2026-01-26T13:56:00Z</dcterms:modified>
</cp:coreProperties>
</file>