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BCB2" w14:textId="70FE6161" w:rsidR="00315D03" w:rsidRPr="004D0E49" w:rsidRDefault="004D0E49" w:rsidP="00315D03">
      <w:pPr>
        <w:keepNext/>
        <w:keepLines/>
        <w:spacing w:before="480" w:after="0"/>
        <w:outlineLvl w:val="0"/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</w:pPr>
      <w:r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>Functional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 xml:space="preserve"> English – Lesson 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>1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 xml:space="preserve"> Homework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br/>
        <w:t>Answer Key &amp; Sample Responses</w:t>
      </w:r>
    </w:p>
    <w:p w14:paraId="58301380" w14:textId="54839FA5" w:rsidR="00EC113D" w:rsidRPr="004D0E49" w:rsidRDefault="00EC113D" w:rsidP="00EC113D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4768F841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1: Independent Assignment</w:t>
      </w:r>
    </w:p>
    <w:p w14:paraId="2108BEE4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Students must respond to the question and give a reason.</w:t>
      </w:r>
    </w:p>
    <w:p w14:paraId="678FEC2B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Responses:</w:t>
      </w:r>
    </w:p>
    <w:p w14:paraId="1764286E" w14:textId="77777777" w:rsidR="00EC113D" w:rsidRPr="004D0E49" w:rsidRDefault="00EC113D" w:rsidP="00E6559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Yes, it was difficult because I feel shy talking to new people.</w:t>
      </w:r>
    </w:p>
    <w:p w14:paraId="4A616A32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2: All About Me</w:t>
      </w:r>
    </w:p>
    <w:p w14:paraId="1633EA57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</w:r>
      <w:r w:rsidRPr="00E6559B">
        <w:rPr>
          <w:rFonts w:asciiTheme="majorHAnsi" w:eastAsia="Times New Roman" w:hAnsiTheme="majorHAnsi" w:cstheme="majorHAnsi"/>
          <w:i/>
          <w:iCs/>
          <w:sz w:val="24"/>
          <w:szCs w:val="24"/>
        </w:rPr>
        <w:t>Students should complete all sections with personal information. Full sentences are encouraged but not required.</w:t>
      </w:r>
    </w:p>
    <w:p w14:paraId="60B1CDD7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Responses:</w:t>
      </w:r>
    </w:p>
    <w:p w14:paraId="2032A0D3" w14:textId="77777777" w:rsidR="00EC113D" w:rsidRPr="004D0E49" w:rsidRDefault="00EC113D" w:rsidP="00EC11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My name is Sara.</w:t>
      </w:r>
    </w:p>
    <w:p w14:paraId="515091D2" w14:textId="77777777" w:rsidR="00EC113D" w:rsidRPr="004D0E49" w:rsidRDefault="00EC113D" w:rsidP="00EC11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 am from Canada.</w:t>
      </w:r>
    </w:p>
    <w:p w14:paraId="1AF716F5" w14:textId="77777777" w:rsidR="00EC113D" w:rsidRPr="004D0E49" w:rsidRDefault="00EC113D" w:rsidP="00EC11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 speak English and French.</w:t>
      </w:r>
    </w:p>
    <w:p w14:paraId="14387D8A" w14:textId="77777777" w:rsidR="00EC113D" w:rsidRPr="004D0E49" w:rsidRDefault="00EC113D" w:rsidP="00EC11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My favourite food is pasta.</w:t>
      </w:r>
    </w:p>
    <w:p w14:paraId="5634C404" w14:textId="77777777" w:rsidR="00EC113D" w:rsidRPr="004D0E49" w:rsidRDefault="00EC113D" w:rsidP="00EC113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 want to learn English because I want a better job.</w:t>
      </w:r>
    </w:p>
    <w:p w14:paraId="4D0C66FB" w14:textId="2FFCE3D5" w:rsidR="00EC113D" w:rsidRPr="004D0E49" w:rsidRDefault="00EC113D" w:rsidP="004D0E4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In the future, I want to go to college.</w:t>
      </w:r>
    </w:p>
    <w:p w14:paraId="6FD77ECD" w14:textId="58622E5C" w:rsidR="00EC113D" w:rsidRPr="004D0E49" w:rsidRDefault="004D0E49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</w:rPr>
        <w:t>Q</w:t>
      </w:r>
      <w:r w:rsidR="00EC113D"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uestion 3: Northeastern Ontario</w:t>
      </w:r>
    </w:p>
    <w:p w14:paraId="39287396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5FE717BC" w14:textId="77777777" w:rsidR="00EC113D" w:rsidRPr="00E6559B" w:rsidRDefault="00EC113D" w:rsidP="00EC113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North</w:t>
      </w:r>
    </w:p>
    <w:p w14:paraId="3F8663C2" w14:textId="77777777" w:rsidR="00EC113D" w:rsidRPr="00E6559B" w:rsidRDefault="00EC113D" w:rsidP="00EC113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Small towns</w:t>
      </w:r>
    </w:p>
    <w:p w14:paraId="21ADE8DD" w14:textId="77777777" w:rsidR="00EC113D" w:rsidRPr="00E6559B" w:rsidRDefault="00EC113D" w:rsidP="00EC113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Go fishing</w:t>
      </w:r>
    </w:p>
    <w:p w14:paraId="27CB2288" w14:textId="77777777" w:rsidR="00EC113D" w:rsidRPr="00E6559B" w:rsidRDefault="00EC113D" w:rsidP="00EC113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Cold</w:t>
      </w:r>
    </w:p>
    <w:p w14:paraId="36F87062" w14:textId="77777777" w:rsidR="00EC113D" w:rsidRPr="00E6559B" w:rsidRDefault="00EC113D" w:rsidP="00EC113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Timmins / Iroquois Falls / Cochrane (any one)</w:t>
      </w:r>
    </w:p>
    <w:p w14:paraId="73FC232F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2ADEBC22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Accept yes/no answers with a short explanation.</w:t>
      </w:r>
    </w:p>
    <w:p w14:paraId="3DE43A25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77977674" w14:textId="77777777" w:rsidR="00EC113D" w:rsidRPr="004D0E49" w:rsidRDefault="00EC113D" w:rsidP="00EC11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No, I have not been to Northeastern Ontario, but I would like to visit someday.</w:t>
      </w:r>
    </w:p>
    <w:p w14:paraId="3882CFAF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4: All About Northeastern Ontario</w:t>
      </w:r>
    </w:p>
    <w:p w14:paraId="0D663DA6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2657D150" w14:textId="77777777" w:rsidR="00EC113D" w:rsidRPr="004D0E49" w:rsidRDefault="00EC113D" w:rsidP="00EC11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Any 3 words (e.g., cold, snowy, forested, beautiful)</w:t>
      </w:r>
    </w:p>
    <w:p w14:paraId="1205B2E5" w14:textId="77777777" w:rsidR="00EC113D" w:rsidRPr="004D0E49" w:rsidRDefault="00EC113D" w:rsidP="00EC11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Camping means sleeping outside in a tent or trailer.</w:t>
      </w:r>
    </w:p>
    <w:p w14:paraId="7FACC3F1" w14:textId="489A2EDF" w:rsidR="00EC113D" w:rsidRPr="004D0E49" w:rsidRDefault="00EC113D" w:rsidP="00E6559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Go fishing</w:t>
      </w:r>
      <w:r w:rsidR="00E6559B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Go camping</w:t>
      </w:r>
      <w:r w:rsidR="00E6559B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Go hunting</w:t>
      </w:r>
      <w:r w:rsidR="00E6559B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Ride snowmobiles</w:t>
      </w:r>
    </w:p>
    <w:p w14:paraId="21E60311" w14:textId="77777777" w:rsidR="00EC113D" w:rsidRPr="00E6559B" w:rsidRDefault="00EC113D" w:rsidP="00EC11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Miner / forestry worker / hotel </w:t>
      </w:r>
      <w:r w:rsidRPr="00E6559B">
        <w:rPr>
          <w:rFonts w:asciiTheme="majorHAnsi" w:eastAsia="Times New Roman" w:hAnsiTheme="majorHAnsi" w:cstheme="majorHAnsi"/>
          <w:sz w:val="24"/>
          <w:szCs w:val="24"/>
        </w:rPr>
        <w:t>worker / farmer (any one)</w:t>
      </w:r>
    </w:p>
    <w:p w14:paraId="1010693D" w14:textId="77777777" w:rsidR="00EC113D" w:rsidRPr="00E6559B" w:rsidRDefault="00EC113D" w:rsidP="00EC11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Warm</w:t>
      </w:r>
    </w:p>
    <w:p w14:paraId="60A1F644" w14:textId="77777777" w:rsidR="00EC113D" w:rsidRPr="00E6559B" w:rsidRDefault="00EC113D" w:rsidP="00EC11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sz w:val="24"/>
          <w:szCs w:val="24"/>
        </w:rPr>
        <w:t>Timmins, Iroquois Falls, Cochrane</w:t>
      </w:r>
    </w:p>
    <w:p w14:paraId="407175E1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5BC41726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Student must answer yes or no and give a reason.</w:t>
      </w:r>
    </w:p>
    <w:p w14:paraId="0CB8E18D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2BB1A269" w14:textId="77777777" w:rsidR="00EC113D" w:rsidRPr="004D0E49" w:rsidRDefault="00EC113D" w:rsidP="00EC113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Yes, I want to ride a snowmobile because it looks fun.</w:t>
      </w:r>
    </w:p>
    <w:p w14:paraId="7FB45708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>Question 5: Northeastern Ontario Facts</w:t>
      </w:r>
    </w:p>
    <w:p w14:paraId="447BC950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5BE6E232" w14:textId="77777777" w:rsidR="00EC113D" w:rsidRPr="004D0E49" w:rsidRDefault="00EC113D" w:rsidP="00EC11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North of Toronto</w:t>
      </w:r>
    </w:p>
    <w:p w14:paraId="438073BA" w14:textId="77777777" w:rsidR="00EC113D" w:rsidRPr="004D0E49" w:rsidRDefault="00EC113D" w:rsidP="00EC11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Minerals</w:t>
      </w:r>
    </w:p>
    <w:p w14:paraId="31E47F10" w14:textId="77777777" w:rsidR="00EC113D" w:rsidRPr="004D0E49" w:rsidRDefault="00EC113D" w:rsidP="00EC11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Fishing, camping, hunting, snowmobiling (any two)</w:t>
      </w:r>
    </w:p>
    <w:p w14:paraId="25EB5025" w14:textId="77777777" w:rsidR="00EC113D" w:rsidRPr="004D0E49" w:rsidRDefault="00EC113D" w:rsidP="00EC11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Snowmobiles</w:t>
      </w:r>
    </w:p>
    <w:p w14:paraId="4F6E7248" w14:textId="77777777" w:rsidR="00EC113D" w:rsidRPr="004D0E49" w:rsidRDefault="00EC113D" w:rsidP="00EC11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Mining, forestry, farming, hotel work (any two)</w:t>
      </w:r>
    </w:p>
    <w:p w14:paraId="5B232200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6DDC3EC7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Student should list three summer activities in Cochrane.</w:t>
      </w:r>
    </w:p>
    <w:p w14:paraId="35613DE6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6E905FB7" w14:textId="77777777" w:rsidR="00EC113D" w:rsidRPr="004D0E49" w:rsidRDefault="00EC113D" w:rsidP="00E6559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I would like to visit the Polar Bear Habitat, go fishing, and attend a festival.</w:t>
      </w:r>
    </w:p>
    <w:p w14:paraId="4010F640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6: Places to Visit</w:t>
      </w:r>
    </w:p>
    <w:p w14:paraId="65C3BF21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21883293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Polar bears</w:t>
      </w:r>
    </w:p>
    <w:p w14:paraId="0109063A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Lakes and camping areas</w:t>
      </w:r>
    </w:p>
    <w:p w14:paraId="524083DC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Sudbury</w:t>
      </w:r>
    </w:p>
    <w:p w14:paraId="100F6FE2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Hiking, fishing, snowmobiling (any two)</w:t>
      </w:r>
    </w:p>
    <w:p w14:paraId="3B43F1B1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Yes</w:t>
      </w:r>
    </w:p>
    <w:p w14:paraId="389BDCCE" w14:textId="77777777" w:rsidR="00EC113D" w:rsidRPr="004D0E49" w:rsidRDefault="00EC113D" w:rsidP="00EC113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Yes</w:t>
      </w:r>
    </w:p>
    <w:p w14:paraId="4E72ABF1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203B25FA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Student names a place and one or more activities.</w:t>
      </w:r>
    </w:p>
    <w:p w14:paraId="182CB11A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0592FEA7" w14:textId="77777777" w:rsidR="00EC113D" w:rsidRPr="004D0E49" w:rsidRDefault="00EC113D" w:rsidP="00E6559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I want to visit Sudbury to see Science North and the Big Nickel.</w:t>
      </w:r>
    </w:p>
    <w:p w14:paraId="77C2CF16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7: Visiting Northeastern Ontario</w:t>
      </w:r>
    </w:p>
    <w:p w14:paraId="078F7C33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269C7816" w14:textId="77777777" w:rsidR="00EC113D" w:rsidRPr="004D0E49" w:rsidRDefault="00EC113D" w:rsidP="00EC113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Timmins</w:t>
      </w:r>
    </w:p>
    <w:p w14:paraId="5BB7A960" w14:textId="77777777" w:rsidR="00EC113D" w:rsidRPr="004D0E49" w:rsidRDefault="00EC113D" w:rsidP="00EC113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Cochrane Polar Bear Habitat</w:t>
      </w:r>
    </w:p>
    <w:p w14:paraId="2FE9A95C" w14:textId="77777777" w:rsidR="00EC113D" w:rsidRPr="004D0E49" w:rsidRDefault="00EC113D" w:rsidP="00EC113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Tourism brings visitors, jobs, and money.</w:t>
      </w:r>
    </w:p>
    <w:p w14:paraId="3212EDF6" w14:textId="77777777" w:rsidR="00EC113D" w:rsidRPr="004D0E49" w:rsidRDefault="00EC113D" w:rsidP="00EC113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Science North</w:t>
      </w:r>
    </w:p>
    <w:p w14:paraId="1B3FD168" w14:textId="77777777" w:rsidR="00EC113D" w:rsidRPr="004D0E49" w:rsidRDefault="00EC113D" w:rsidP="00EC113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Any 3 activities (e.g., hiking, fishing, museums)</w:t>
      </w:r>
    </w:p>
    <w:p w14:paraId="7A5150DA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1C97C5BD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</w:r>
      <w:r w:rsidRPr="00E6559B">
        <w:rPr>
          <w:rFonts w:asciiTheme="majorHAnsi" w:eastAsia="Times New Roman" w:hAnsiTheme="majorHAnsi" w:cstheme="majorHAnsi"/>
          <w:sz w:val="24"/>
          <w:szCs w:val="24"/>
        </w:rPr>
        <w:t>Student answers yes or no and gives a reason.</w:t>
      </w:r>
    </w:p>
    <w:p w14:paraId="0589B7F5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0F62F2BF" w14:textId="77777777" w:rsidR="00EC113D" w:rsidRPr="004D0E49" w:rsidRDefault="00EC113D" w:rsidP="00E6559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Yes, I would like to go camping because I enjoy nature.</w:t>
      </w:r>
    </w:p>
    <w:p w14:paraId="4A5AC018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8: Northeastern Ontario Facts</w:t>
      </w:r>
    </w:p>
    <w:p w14:paraId="168842E5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Answers:</w:t>
      </w:r>
    </w:p>
    <w:p w14:paraId="047B0D6F" w14:textId="77777777" w:rsidR="00EC113D" w:rsidRPr="004D0E49" w:rsidRDefault="00EC113D" w:rsidP="00EC113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Swimming, kayaking, picnics, hiking (any one or more)</w:t>
      </w:r>
    </w:p>
    <w:p w14:paraId="7FBEFE50" w14:textId="77777777" w:rsidR="00EC113D" w:rsidRPr="004D0E49" w:rsidRDefault="00EC113D" w:rsidP="00EC113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Hands-on science exhibits</w:t>
      </w:r>
    </w:p>
    <w:p w14:paraId="5D2F3C98" w14:textId="77777777" w:rsidR="00EC113D" w:rsidRPr="004D0E49" w:rsidRDefault="00EC113D" w:rsidP="00EC113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It is a large model of a Canadian coin</w:t>
      </w:r>
    </w:p>
    <w:p w14:paraId="78348508" w14:textId="77777777" w:rsidR="00EC113D" w:rsidRPr="004D0E49" w:rsidRDefault="00EC113D" w:rsidP="00EC113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Local festivals</w:t>
      </w:r>
    </w:p>
    <w:p w14:paraId="11E080BD" w14:textId="77777777" w:rsidR="00EC113D" w:rsidRPr="004D0E49" w:rsidRDefault="00EC113D" w:rsidP="00EC113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Snowmobiling, winter outdoor activities</w:t>
      </w:r>
    </w:p>
    <w:p w14:paraId="6CB79DD0" w14:textId="77777777" w:rsidR="00EC113D" w:rsidRPr="004D0E49" w:rsidRDefault="00EC113D" w:rsidP="00EC113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5B2E1585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>Completion-based.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Student writes a short paragraph including a place, reason, and activities.</w:t>
      </w:r>
    </w:p>
    <w:p w14:paraId="11FC6AF5" w14:textId="77777777" w:rsidR="00EC113D" w:rsidRPr="004D0E49" w:rsidRDefault="00EC113D" w:rsidP="00EC113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Response:</w:t>
      </w:r>
    </w:p>
    <w:p w14:paraId="1B9FF21A" w14:textId="77777777" w:rsidR="00EC113D" w:rsidRPr="004D0E49" w:rsidRDefault="00EC113D" w:rsidP="00E6559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i/>
          <w:iCs/>
          <w:sz w:val="24"/>
          <w:szCs w:val="24"/>
        </w:rPr>
        <w:t>I would like to visit Kettle Lakes Provincial Park because I enjoy swimming and hiking. It looks peaceful and fun.</w:t>
      </w:r>
    </w:p>
    <w:p w14:paraId="07B3DF33" w14:textId="4E9CA822" w:rsidR="00315D03" w:rsidRPr="004D0E49" w:rsidRDefault="004D0E49" w:rsidP="00315D03">
      <w:pPr>
        <w:keepNext/>
        <w:keepLines/>
        <w:spacing w:before="480" w:after="0"/>
        <w:outlineLvl w:val="0"/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</w:pPr>
      <w:r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>Functional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 xml:space="preserve"> English – Lesson 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>2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 xml:space="preserve"> Homework</w:t>
      </w:r>
      <w:r w:rsidR="00315D03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br/>
        <w:t>Answer Key &amp; Sample Responses</w:t>
      </w:r>
    </w:p>
    <w:p w14:paraId="34FF3812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1: Independent Assignment – Family Story</w:t>
      </w:r>
    </w:p>
    <w:p w14:paraId="3E16CD27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Answer key guidance (open-ended):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 xml:space="preserve">There is </w:t>
      </w: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no single correct answer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. Learners should:</w:t>
      </w:r>
    </w:p>
    <w:p w14:paraId="0BC91701" w14:textId="77777777" w:rsidR="000646C5" w:rsidRPr="004D0E49" w:rsidRDefault="000646C5" w:rsidP="000646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Write a short story about themselves and their family</w:t>
      </w:r>
    </w:p>
    <w:p w14:paraId="3C843FEE" w14:textId="77777777" w:rsidR="000646C5" w:rsidRPr="004D0E49" w:rsidRDefault="000646C5" w:rsidP="000646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Use </w:t>
      </w: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at least eight pieces of information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 about family members</w:t>
      </w:r>
    </w:p>
    <w:p w14:paraId="38955AA3" w14:textId="77777777" w:rsidR="000646C5" w:rsidRPr="004D0E49" w:rsidRDefault="000646C5" w:rsidP="000646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Use vocabulary from the unit (family words, simple descriptions)</w:t>
      </w:r>
    </w:p>
    <w:p w14:paraId="54C2FC80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Acceptable examples of “eight things”:</w:t>
      </w:r>
    </w:p>
    <w:p w14:paraId="575D99CF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Number of family members</w:t>
      </w:r>
    </w:p>
    <w:p w14:paraId="3CE275D6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Mother, father, sister, brother, children</w:t>
      </w:r>
    </w:p>
    <w:p w14:paraId="56CF7233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Ages (young / old)</w:t>
      </w:r>
    </w:p>
    <w:p w14:paraId="6F5CF819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Jobs</w:t>
      </w:r>
    </w:p>
    <w:p w14:paraId="5CA6D4A9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Where they live</w:t>
      </w:r>
    </w:p>
    <w:p w14:paraId="073941B9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Languages spoken</w:t>
      </w:r>
    </w:p>
    <w:p w14:paraId="3A9B0005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Likes / hobbies</w:t>
      </w:r>
    </w:p>
    <w:p w14:paraId="675C80ED" w14:textId="77777777" w:rsidR="000646C5" w:rsidRPr="004D0E49" w:rsidRDefault="000646C5" w:rsidP="000646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Who lives together</w:t>
      </w:r>
    </w:p>
    <w:p w14:paraId="62CAFE61" w14:textId="5AEFD014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Marking focus: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Uses family vocabulary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At least 8 facts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Complete sentences (simple is fine)</w:t>
      </w:r>
    </w:p>
    <w:p w14:paraId="782018F7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2: Transportation in Northeastern Ontario</w:t>
      </w:r>
    </w:p>
    <w:p w14:paraId="026AB917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Questions</w:t>
      </w:r>
    </w:p>
    <w:p w14:paraId="534B567C" w14:textId="05E3328D" w:rsidR="000646C5" w:rsidRPr="004D0E49" w:rsidRDefault="000646C5" w:rsidP="000646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 car or truck</w:t>
      </w:r>
    </w:p>
    <w:p w14:paraId="0C41B68F" w14:textId="3F22AAFC" w:rsidR="000646C5" w:rsidRPr="004D0E49" w:rsidRDefault="000646C5" w:rsidP="000646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Ontario Northland</w:t>
      </w:r>
    </w:p>
    <w:p w14:paraId="50053875" w14:textId="30E83141" w:rsidR="000646C5" w:rsidRPr="004D0E49" w:rsidRDefault="000646C5" w:rsidP="000646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From Cochrane to Moosonee</w:t>
      </w:r>
    </w:p>
    <w:p w14:paraId="7353B64B" w14:textId="2F941918" w:rsidR="000646C5" w:rsidRPr="004D0E49" w:rsidRDefault="000646C5" w:rsidP="000646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 ticket</w:t>
      </w:r>
    </w:p>
    <w:p w14:paraId="6D855A9F" w14:textId="55651FEC" w:rsidR="000646C5" w:rsidRPr="004D0E49" w:rsidRDefault="000646C5" w:rsidP="000646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Snowmobiles</w:t>
      </w:r>
    </w:p>
    <w:p w14:paraId="04D3B473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48BE4A7C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acceptable answers (answers will vary):</w:t>
      </w:r>
    </w:p>
    <w:p w14:paraId="473C656B" w14:textId="77777777" w:rsidR="000646C5" w:rsidRPr="00E6559B" w:rsidRDefault="000646C5" w:rsidP="0028762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i/>
          <w:iCs/>
          <w:sz w:val="24"/>
          <w:szCs w:val="24"/>
        </w:rPr>
        <w:t>I drive a car to the store.</w:t>
      </w:r>
    </w:p>
    <w:p w14:paraId="249D916A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3: Transportation Options in Northeastern Ontario</w:t>
      </w:r>
    </w:p>
    <w:p w14:paraId="4BE05903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Questions</w:t>
      </w:r>
    </w:p>
    <w:p w14:paraId="78C3A932" w14:textId="7338EDBA" w:rsidR="000646C5" w:rsidRPr="00287624" w:rsidRDefault="000646C5" w:rsidP="00064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Bus and train</w:t>
      </w:r>
      <w:r w:rsidR="00287624" w:rsidRPr="00287624">
        <w:rPr>
          <w:rFonts w:asciiTheme="majorHAnsi" w:eastAsia="Times New Roman" w:hAnsiTheme="majorHAnsi" w:cstheme="majorHAnsi"/>
          <w:sz w:val="24"/>
          <w:szCs w:val="24"/>
        </w:rPr>
        <w:t xml:space="preserve"> 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(Also acceptable: car and bus)</w:t>
      </w:r>
    </w:p>
    <w:p w14:paraId="053ECC98" w14:textId="7B6464CF" w:rsidR="000646C5" w:rsidRPr="00287624" w:rsidRDefault="000646C5" w:rsidP="00064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The Polar Bear Express</w:t>
      </w:r>
    </w:p>
    <w:p w14:paraId="553B8636" w14:textId="51FCA82A" w:rsidR="000646C5" w:rsidRPr="00287624" w:rsidRDefault="000646C5" w:rsidP="00064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At the station or online</w:t>
      </w:r>
    </w:p>
    <w:p w14:paraId="679898C9" w14:textId="11A68361" w:rsidR="000646C5" w:rsidRPr="00287624" w:rsidRDefault="000646C5" w:rsidP="00064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A taxi</w:t>
      </w:r>
    </w:p>
    <w:p w14:paraId="45335078" w14:textId="33024E22" w:rsidR="000646C5" w:rsidRPr="00287624" w:rsidRDefault="000646C5" w:rsidP="00064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A plane ticket</w:t>
      </w:r>
    </w:p>
    <w:p w14:paraId="5CA2DED6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6F4BB060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acceptable answers:</w:t>
      </w:r>
    </w:p>
    <w:p w14:paraId="45BA3DA6" w14:textId="77777777" w:rsidR="000646C5" w:rsidRPr="00E6559B" w:rsidRDefault="000646C5" w:rsidP="0028762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i/>
          <w:iCs/>
          <w:sz w:val="24"/>
          <w:szCs w:val="24"/>
        </w:rPr>
        <w:t>I would like to take the train because it is relaxing.</w:t>
      </w:r>
    </w:p>
    <w:p w14:paraId="6FD7A6CB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4: Northeastern Ontario Transportation</w:t>
      </w:r>
    </w:p>
    <w:p w14:paraId="3F26BBBF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>Comprehension Questions</w:t>
      </w:r>
    </w:p>
    <w:p w14:paraId="4BFD6DEB" w14:textId="39156BE7" w:rsidR="000646C5" w:rsidRPr="004D0E49" w:rsidRDefault="000646C5" w:rsidP="000646C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Because communities are far apart.</w:t>
      </w:r>
    </w:p>
    <w:p w14:paraId="546EC0EA" w14:textId="015B8632" w:rsidR="000646C5" w:rsidRPr="004D0E49" w:rsidRDefault="000646C5" w:rsidP="000646C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At the station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 or online</w:t>
      </w:r>
    </w:p>
    <w:p w14:paraId="37EBA41B" w14:textId="71617682" w:rsidR="000646C5" w:rsidRPr="004D0E49" w:rsidRDefault="000646C5" w:rsidP="000646C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Timmins, Cochrane, and North Bay</w:t>
      </w:r>
    </w:p>
    <w:p w14:paraId="66036424" w14:textId="2D5199DC" w:rsidR="000646C5" w:rsidRPr="004D0E49" w:rsidRDefault="000646C5" w:rsidP="000646C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From Cochrane to Moosonee</w:t>
      </w:r>
    </w:p>
    <w:p w14:paraId="5F47E796" w14:textId="47ABA101" w:rsidR="000646C5" w:rsidRPr="004D0E49" w:rsidRDefault="004D0E49" w:rsidP="000646C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I</w:t>
      </w:r>
      <w:r w:rsidR="000646C5" w:rsidRPr="004D0E49">
        <w:rPr>
          <w:rFonts w:asciiTheme="majorHAnsi" w:eastAsia="Times New Roman" w:hAnsiTheme="majorHAnsi" w:cstheme="majorHAnsi"/>
          <w:sz w:val="24"/>
          <w:szCs w:val="24"/>
        </w:rPr>
        <w:t>t is faster.</w:t>
      </w:r>
    </w:p>
    <w:p w14:paraId="648C61A5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5: Jobs in Northeastern Ontario</w:t>
      </w:r>
    </w:p>
    <w:p w14:paraId="788AF651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Questions</w:t>
      </w:r>
    </w:p>
    <w:p w14:paraId="0618798A" w14:textId="08A4E9F6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Mines, forests, hospitals, hotels, stores, school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(Any two)</w:t>
      </w:r>
    </w:p>
    <w:p w14:paraId="73FB5D33" w14:textId="69E918D5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Yes</w:t>
      </w:r>
    </w:p>
    <w:p w14:paraId="0D3364F7" w14:textId="256629FD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At job offices</w:t>
      </w:r>
    </w:p>
    <w:p w14:paraId="07B51FE4" w14:textId="283F5C9B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Answers will vary – cook. Housekeeper, etc</w:t>
      </w:r>
    </w:p>
    <w:p w14:paraId="4A951E3B" w14:textId="7255E0DC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>Timmins</w:t>
      </w:r>
      <w:r w:rsidR="00315D03" w:rsidRPr="004D0E49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Hearst</w:t>
      </w:r>
      <w:r w:rsidR="00315D03" w:rsidRPr="004D0E49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t>Kapuskasing</w:t>
      </w:r>
      <w:r w:rsidR="00315D03" w:rsidRPr="004D0E49">
        <w:rPr>
          <w:rFonts w:asciiTheme="majorHAnsi" w:eastAsia="Times New Roman" w:hAnsiTheme="majorHAnsi" w:cstheme="majorHAnsi"/>
          <w:sz w:val="24"/>
          <w:szCs w:val="24"/>
        </w:rPr>
        <w:t>-one of</w:t>
      </w:r>
    </w:p>
    <w:p w14:paraId="55B5A44F" w14:textId="42B96F6B" w:rsidR="000646C5" w:rsidRPr="004D0E49" w:rsidRDefault="000646C5" w:rsidP="000646C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sz w:val="24"/>
          <w:szCs w:val="24"/>
        </w:rPr>
        <w:t xml:space="preserve"> Yes</w:t>
      </w:r>
    </w:p>
    <w:p w14:paraId="612CF9CF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15786340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acceptable answers:</w:t>
      </w:r>
    </w:p>
    <w:p w14:paraId="46845B0D" w14:textId="77777777" w:rsidR="000646C5" w:rsidRPr="00E6559B" w:rsidRDefault="000646C5" w:rsidP="0028762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i/>
          <w:iCs/>
          <w:sz w:val="24"/>
          <w:szCs w:val="24"/>
        </w:rPr>
        <w:t>I want to work in a store because I like helping people.</w:t>
      </w:r>
    </w:p>
    <w:p w14:paraId="1CF048F6" w14:textId="6A5D5B08" w:rsidR="000646C5" w:rsidRPr="004D0E49" w:rsidRDefault="000646C5" w:rsidP="004D0E49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Marking focus: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Job named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Simple reason given</w:t>
      </w:r>
      <w:r w:rsidRPr="004D0E49">
        <w:rPr>
          <w:rFonts w:asciiTheme="majorHAnsi" w:eastAsia="Times New Roman" w:hAnsiTheme="majorHAnsi" w:cstheme="majorHAnsi"/>
          <w:sz w:val="24"/>
          <w:szCs w:val="24"/>
        </w:rPr>
        <w:br/>
        <w:t>Full sentence</w:t>
      </w:r>
    </w:p>
    <w:p w14:paraId="2D5C2845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6: Employment Opportunities in Northeastern Ontario</w:t>
      </w:r>
    </w:p>
    <w:p w14:paraId="4381BC94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Questions</w:t>
      </w:r>
    </w:p>
    <w:p w14:paraId="632C479D" w14:textId="5D3E9CFF" w:rsidR="000646C5" w:rsidRPr="00287624" w:rsidRDefault="00287624" w:rsidP="000646C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M</w:t>
      </w:r>
      <w:r w:rsidR="00315D03" w:rsidRPr="00287624">
        <w:rPr>
          <w:rFonts w:asciiTheme="majorHAnsi" w:hAnsiTheme="majorHAnsi" w:cstheme="majorHAnsi"/>
          <w:sz w:val="24"/>
          <w:szCs w:val="24"/>
          <w:lang w:val="en-CA"/>
        </w:rPr>
        <w:t>ining, forestry, health care, tourism, and construction</w:t>
      </w:r>
      <w:r w:rsidR="00315D03" w:rsidRPr="00287624">
        <w:rPr>
          <w:rFonts w:asciiTheme="majorHAnsi" w:hAnsiTheme="majorHAnsi" w:cstheme="majorHAnsi"/>
          <w:sz w:val="24"/>
          <w:szCs w:val="24"/>
          <w:lang w:val="en-CA"/>
        </w:rPr>
        <w:t xml:space="preserve"> – any 2</w:t>
      </w:r>
    </w:p>
    <w:p w14:paraId="34C447AC" w14:textId="7748674E" w:rsidR="000646C5" w:rsidRPr="00287624" w:rsidRDefault="000646C5" w:rsidP="000646C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No</w:t>
      </w:r>
    </w:p>
    <w:p w14:paraId="68FE7211" w14:textId="5BE96735" w:rsidR="000646C5" w:rsidRPr="00287624" w:rsidRDefault="000646C5" w:rsidP="000646C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Job centres</w:t>
      </w:r>
    </w:p>
    <w:p w14:paraId="046AD530" w14:textId="16C61B95" w:rsidR="000646C5" w:rsidRPr="00287624" w:rsidRDefault="000646C5" w:rsidP="000646C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Mining jobs</w:t>
      </w:r>
    </w:p>
    <w:p w14:paraId="11815234" w14:textId="18015507" w:rsidR="000646C5" w:rsidRPr="00287624" w:rsidRDefault="000646C5" w:rsidP="000646C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Tourism jobs</w:t>
      </w:r>
      <w:r w:rsidR="00287624" w:rsidRPr="0028762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(Hotels, restaurants, travel companies)</w:t>
      </w:r>
    </w:p>
    <w:p w14:paraId="65A409AB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Writing Task</w:t>
      </w:r>
    </w:p>
    <w:p w14:paraId="6113CA6C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Sample acceptable answers:</w:t>
      </w:r>
    </w:p>
    <w:p w14:paraId="4F498140" w14:textId="77777777" w:rsidR="000646C5" w:rsidRPr="00E6559B" w:rsidRDefault="000646C5" w:rsidP="0028762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E6559B">
        <w:rPr>
          <w:rFonts w:asciiTheme="majorHAnsi" w:eastAsia="Times New Roman" w:hAnsiTheme="majorHAnsi" w:cstheme="majorHAnsi"/>
          <w:i/>
          <w:iCs/>
          <w:sz w:val="24"/>
          <w:szCs w:val="24"/>
        </w:rPr>
        <w:t>I want a health care job because I like helping people.</w:t>
      </w:r>
    </w:p>
    <w:p w14:paraId="3328E6FE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Question 7: Working in Northeastern Ontario</w:t>
      </w:r>
    </w:p>
    <w:p w14:paraId="4332636F" w14:textId="77777777" w:rsidR="000646C5" w:rsidRPr="004D0E49" w:rsidRDefault="000646C5" w:rsidP="000646C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4D0E49">
        <w:rPr>
          <w:rFonts w:asciiTheme="majorHAnsi" w:eastAsia="Times New Roman" w:hAnsiTheme="majorHAnsi" w:cstheme="majorHAnsi"/>
          <w:b/>
          <w:bCs/>
          <w:sz w:val="24"/>
          <w:szCs w:val="24"/>
        </w:rPr>
        <w:t>Comprehension Questions</w:t>
      </w:r>
    </w:p>
    <w:p w14:paraId="7F1D65E6" w14:textId="145B5DDF" w:rsidR="000646C5" w:rsidRPr="00287624" w:rsidRDefault="000646C5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Mining</w:t>
      </w:r>
      <w:r w:rsidR="00315D03" w:rsidRPr="00287624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Forestry</w:t>
      </w:r>
      <w:r w:rsidR="00315D03" w:rsidRPr="00287624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Health care</w:t>
      </w:r>
      <w:r w:rsidR="00315D03" w:rsidRPr="0028762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(Other acceptable answers: tourism, construction, schools, stores)</w:t>
      </w:r>
    </w:p>
    <w:p w14:paraId="25DB1AD2" w14:textId="31CEC52C" w:rsidR="000646C5" w:rsidRPr="00287624" w:rsidRDefault="00315D03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0646C5" w:rsidRPr="00287624">
        <w:rPr>
          <w:rFonts w:asciiTheme="majorHAnsi" w:eastAsia="Times New Roman" w:hAnsiTheme="majorHAnsi" w:cstheme="majorHAnsi"/>
          <w:sz w:val="24"/>
          <w:szCs w:val="24"/>
        </w:rPr>
        <w:t>Nurse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 xml:space="preserve"> or </w:t>
      </w:r>
      <w:r w:rsidR="000646C5" w:rsidRPr="00287624">
        <w:rPr>
          <w:rFonts w:asciiTheme="majorHAnsi" w:eastAsia="Times New Roman" w:hAnsiTheme="majorHAnsi" w:cstheme="majorHAnsi"/>
          <w:sz w:val="24"/>
          <w:szCs w:val="24"/>
        </w:rPr>
        <w:t>Electrician</w:t>
      </w:r>
    </w:p>
    <w:p w14:paraId="61A0C447" w14:textId="6F6FF14C" w:rsidR="000646C5" w:rsidRPr="00287624" w:rsidRDefault="000646C5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They help write résumés, look for work, and learn about training.</w:t>
      </w:r>
    </w:p>
    <w:p w14:paraId="6F96B766" w14:textId="44BC4F74" w:rsidR="000646C5" w:rsidRPr="00287624" w:rsidRDefault="000646C5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Hearst and Kapuskasing</w:t>
      </w:r>
    </w:p>
    <w:p w14:paraId="0406BB92" w14:textId="3FE8ECFC" w:rsidR="000646C5" w:rsidRPr="00287624" w:rsidRDefault="000646C5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Snowmobiling</w:t>
      </w:r>
      <w:r w:rsidR="00315D03" w:rsidRPr="00287624">
        <w:rPr>
          <w:rFonts w:asciiTheme="majorHAnsi" w:eastAsia="Times New Roman" w:hAnsiTheme="majorHAnsi" w:cstheme="majorHAnsi"/>
          <w:sz w:val="24"/>
          <w:szCs w:val="24"/>
        </w:rPr>
        <w:t xml:space="preserve"> and </w:t>
      </w:r>
      <w:r w:rsidRPr="00287624">
        <w:rPr>
          <w:rFonts w:asciiTheme="majorHAnsi" w:eastAsia="Times New Roman" w:hAnsiTheme="majorHAnsi" w:cstheme="majorHAnsi"/>
          <w:sz w:val="24"/>
          <w:szCs w:val="24"/>
        </w:rPr>
        <w:t>Skiing</w:t>
      </w:r>
    </w:p>
    <w:p w14:paraId="115678BA" w14:textId="3C355966" w:rsidR="000646C5" w:rsidRPr="00287624" w:rsidRDefault="000646C5" w:rsidP="000646C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7624">
        <w:rPr>
          <w:rFonts w:asciiTheme="majorHAnsi" w:eastAsia="Times New Roman" w:hAnsiTheme="majorHAnsi" w:cstheme="majorHAnsi"/>
          <w:sz w:val="24"/>
          <w:szCs w:val="24"/>
        </w:rPr>
        <w:t>Mining</w:t>
      </w:r>
    </w:p>
    <w:p w14:paraId="45786D4C" w14:textId="3A0114F7" w:rsidR="00380F38" w:rsidRPr="004D0E49" w:rsidRDefault="004D0E49" w:rsidP="00380F38">
      <w:pPr>
        <w:keepNext/>
        <w:keepLines/>
        <w:spacing w:before="480" w:after="0"/>
        <w:outlineLvl w:val="0"/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</w:pPr>
      <w:r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 xml:space="preserve">Functional </w:t>
      </w:r>
      <w:r w:rsidR="00380F38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t>English – Lesson 3 Homework</w:t>
      </w:r>
      <w:r w:rsidR="00380F38" w:rsidRPr="004D0E49">
        <w:rPr>
          <w:rFonts w:asciiTheme="majorHAnsi" w:eastAsia="MS Gothic" w:hAnsiTheme="majorHAnsi" w:cstheme="majorHAnsi"/>
          <w:b/>
          <w:bCs/>
          <w:color w:val="365F91" w:themeColor="accent1" w:themeShade="BF"/>
          <w:sz w:val="24"/>
          <w:szCs w:val="24"/>
        </w:rPr>
        <w:br/>
        <w:t>Answer Key &amp; Sample Responses</w:t>
      </w:r>
    </w:p>
    <w:p w14:paraId="3805D83F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1: Independent Assignment</w:t>
      </w:r>
    </w:p>
    <w:p w14:paraId="5345C858" w14:textId="77777777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Completion-based.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 xml:space="preserve">Students must write at least five sentences describing an outdoor activity, including weather, season, </w:t>
      </w:r>
      <w:r w:rsidRPr="004D0E49">
        <w:rPr>
          <w:rFonts w:asciiTheme="majorHAnsi" w:eastAsia="MS Mincho" w:hAnsiTheme="majorHAnsi" w:cstheme="majorHAnsi"/>
          <w:sz w:val="24"/>
          <w:szCs w:val="24"/>
        </w:rPr>
        <w:lastRenderedPageBreak/>
        <w:t>clothing, tools or supplies, and why they enjoy it.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Sample Response: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I enjoy walking outside in the summer. The weather is warm and sunny. I wear a T-shirt, shorts, and running shoes. I bring water with me to stay hydrated. I like this activity because it helps me relax and stay healthy.</w:t>
      </w:r>
    </w:p>
    <w:p w14:paraId="3723C18B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2: Weather Safety</w:t>
      </w:r>
    </w:p>
    <w:p w14:paraId="71C4C8B6" w14:textId="04FE31C5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1. Warm clothes, hats, gloves, and boots – at least 1 of 4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 xml:space="preserve">2. Because it is dangerous and you could get lost or hurt 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Wear sunscreen and a hat.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To stay safe and healthy.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5. Sunscreen.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I stay safe by wearing warm clothes in winter. In summer, I use sunscreen and drink water.</w:t>
      </w:r>
    </w:p>
    <w:p w14:paraId="2554D871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3: Weather Safety Tips</w:t>
      </w:r>
    </w:p>
    <w:p w14:paraId="4300374D" w14:textId="6B090934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1. Boots, hat, warm clothes or gloves – 3 of the 4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2. To plan safely and avoid dangerous weather.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Drink water and wear sunscreen.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Walking or driving in snowstorms. – 1 of the 2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5. Winter safety focuses on warmth, while summer safety focuses on protection from heat.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I get ready for winter by wearing a warm coat, hat, gloves, and boots. I check the weather forecast before going out. I avoid snowstorms.</w:t>
      </w:r>
    </w:p>
    <w:p w14:paraId="7A564D0D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4: Weather Safety Tips in Northeastern Ontario</w:t>
      </w:r>
    </w:p>
    <w:p w14:paraId="5BD6E1E2" w14:textId="77777777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1. Dress in layers, wear hats, gloves, boots, avoid travelling alone, carry emergency supplies.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2. Heat and sun can cause dehydration and sunburn.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It helps people plan safely and avoid dangerous conditions.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Weather alerts, snowstorm warnings, heat advisories.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5. Layers trap heat and help keep the body warm.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On a very hot day, I wear light clothes and a hat. I put on sunscreen and bring water. I stay in the shade to stay safe.</w:t>
      </w:r>
    </w:p>
    <w:p w14:paraId="5DA4862C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5: Winter Safety</w:t>
      </w:r>
    </w:p>
    <w:p w14:paraId="0BBC357B" w14:textId="77777777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1. Coat, hat, gloves.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2. Walk carefully.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An adult.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Because snowstorms are dangerous.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One way to stay safe in winter is to wear warm clothing.</w:t>
      </w:r>
    </w:p>
    <w:p w14:paraId="4E5C6DF3" w14:textId="77777777" w:rsidR="00380F38" w:rsidRPr="004D0E49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4F81BD" w:themeColor="accen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lastRenderedPageBreak/>
        <w:t>Question 6: Winter Safety Tips</w:t>
      </w:r>
    </w:p>
    <w:p w14:paraId="4AF2DAF1" w14:textId="4CACB317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 xml:space="preserve">1. Coat, hat, gloves, </w:t>
      </w:r>
      <w:r w:rsidR="00B067B0" w:rsidRPr="004D0E49">
        <w:rPr>
          <w:rFonts w:asciiTheme="majorHAnsi" w:eastAsia="MS Mincho" w:hAnsiTheme="majorHAnsi" w:cstheme="majorHAnsi"/>
          <w:sz w:val="24"/>
          <w:szCs w:val="24"/>
        </w:rPr>
        <w:t xml:space="preserve">scarf, warm clothing and </w:t>
      </w:r>
      <w:r w:rsidRPr="004D0E49">
        <w:rPr>
          <w:rFonts w:asciiTheme="majorHAnsi" w:eastAsia="MS Mincho" w:hAnsiTheme="majorHAnsi" w:cstheme="majorHAnsi"/>
          <w:sz w:val="24"/>
          <w:szCs w:val="24"/>
        </w:rPr>
        <w:t>boots.</w:t>
      </w:r>
      <w:r w:rsidR="00B067B0" w:rsidRPr="004D0E49">
        <w:rPr>
          <w:rFonts w:asciiTheme="majorHAnsi" w:eastAsia="MS Mincho" w:hAnsiTheme="majorHAnsi" w:cstheme="majorHAnsi"/>
          <w:sz w:val="24"/>
          <w:szCs w:val="24"/>
        </w:rPr>
        <w:t xml:space="preserve"> – any 4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2. To know if the weather is dangerous.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Travelling alone.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People can slip and fall.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5. Winter safety helps prevent accidents and injuries.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I prepare for winter by wearing warm clothes. I check the weather forecast every day. I avoid going outside during snowstorms.</w:t>
      </w:r>
    </w:p>
    <w:p w14:paraId="61C63D52" w14:textId="77777777" w:rsidR="00380F38" w:rsidRPr="00287624" w:rsidRDefault="00380F38" w:rsidP="00380F38">
      <w:pPr>
        <w:keepNext/>
        <w:keepLines/>
        <w:spacing w:before="200" w:after="0"/>
        <w:outlineLvl w:val="1"/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</w:pPr>
      <w:r w:rsidRPr="00287624">
        <w:rPr>
          <w:rFonts w:asciiTheme="majorHAnsi" w:eastAsia="MS Gothic" w:hAnsiTheme="majorHAnsi" w:cstheme="majorHAnsi"/>
          <w:b/>
          <w:bCs/>
          <w:color w:val="000000" w:themeColor="text1"/>
          <w:sz w:val="24"/>
          <w:szCs w:val="24"/>
        </w:rPr>
        <w:t>Question 7: Staying Safe in Winter in Northeastern Ontario</w:t>
      </w:r>
    </w:p>
    <w:p w14:paraId="0D2B509A" w14:textId="77777777" w:rsidR="00380F38" w:rsidRPr="004D0E49" w:rsidRDefault="00380F38" w:rsidP="00380F38">
      <w:pPr>
        <w:rPr>
          <w:rFonts w:asciiTheme="majorHAnsi" w:eastAsia="MS Mincho" w:hAnsiTheme="majorHAnsi" w:cstheme="majorHAnsi"/>
          <w:sz w:val="24"/>
          <w:szCs w:val="24"/>
        </w:rPr>
      </w:pPr>
      <w:r w:rsidRPr="004D0E49">
        <w:rPr>
          <w:rFonts w:asciiTheme="majorHAnsi" w:eastAsia="MS Mincho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1. Warm coat, hat, gloves, scarf, and boots.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2. It helps people plan travel and activities safely.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3. Because help may not be available if something goes wrong.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4. It means the weather is mostly very cold.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5. Layers keep heat in and help control body temperature.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6. Checking the weather forecast.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  <w:t>Writing Sample:</w:t>
      </w:r>
      <w:r w:rsidRPr="004D0E49">
        <w:rPr>
          <w:rFonts w:asciiTheme="majorHAnsi" w:eastAsia="MS Mincho" w:hAnsiTheme="majorHAnsi" w:cstheme="majorHAnsi"/>
          <w:sz w:val="24"/>
          <w:szCs w:val="24"/>
        </w:rPr>
        <w:br/>
      </w:r>
      <w:r w:rsidRPr="00E6559B">
        <w:rPr>
          <w:rFonts w:asciiTheme="majorHAnsi" w:eastAsia="MS Mincho" w:hAnsiTheme="majorHAnsi" w:cstheme="majorHAnsi"/>
          <w:i/>
          <w:iCs/>
          <w:sz w:val="24"/>
          <w:szCs w:val="24"/>
        </w:rPr>
        <w:t>Checking the weather forecast helps me know how to dress and plan my day. If there is a snowstorm, I stay home. This helps me stay safe.</w:t>
      </w:r>
    </w:p>
    <w:p w14:paraId="146C9A12" w14:textId="478770B3" w:rsidR="003E6874" w:rsidRPr="004D0E49" w:rsidRDefault="004D0E49">
      <w:pPr>
        <w:pStyle w:val="Heading1"/>
        <w:rPr>
          <w:rFonts w:cstheme="majorHAnsi"/>
          <w:sz w:val="24"/>
          <w:szCs w:val="24"/>
        </w:rPr>
      </w:pPr>
      <w:r w:rsidRPr="004D0E49">
        <w:rPr>
          <w:rFonts w:cstheme="majorHAnsi"/>
          <w:sz w:val="24"/>
          <w:szCs w:val="24"/>
        </w:rPr>
        <w:t xml:space="preserve">Functional </w:t>
      </w:r>
      <w:r w:rsidR="00000000" w:rsidRPr="004D0E49">
        <w:rPr>
          <w:rFonts w:cstheme="majorHAnsi"/>
          <w:sz w:val="24"/>
          <w:szCs w:val="24"/>
        </w:rPr>
        <w:t>English – Lesson 4 Homework</w:t>
      </w:r>
      <w:r w:rsidR="00000000" w:rsidRPr="004D0E49">
        <w:rPr>
          <w:rFonts w:cstheme="majorHAnsi"/>
          <w:sz w:val="24"/>
          <w:szCs w:val="24"/>
        </w:rPr>
        <w:br/>
        <w:t>Answer Key &amp; Sample Responses</w:t>
      </w:r>
    </w:p>
    <w:p w14:paraId="255F734A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1: Independent Assignment</w:t>
      </w:r>
    </w:p>
    <w:p w14:paraId="59D6B40D" w14:textId="77777777" w:rsidR="003E6874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Completion-based.</w:t>
      </w:r>
      <w:r w:rsidRPr="004D0E49">
        <w:rPr>
          <w:rFonts w:asciiTheme="majorHAnsi" w:hAnsiTheme="majorHAnsi" w:cstheme="majorHAnsi"/>
          <w:sz w:val="24"/>
          <w:szCs w:val="24"/>
        </w:rPr>
        <w:br/>
        <w:t>Students must show:</w:t>
      </w:r>
      <w:r w:rsidRPr="004D0E49">
        <w:rPr>
          <w:rFonts w:asciiTheme="majorHAnsi" w:hAnsiTheme="majorHAnsi" w:cstheme="majorHAnsi"/>
          <w:sz w:val="24"/>
          <w:szCs w:val="24"/>
        </w:rPr>
        <w:br/>
        <w:t>- Receipt attached</w:t>
      </w:r>
      <w:r w:rsidRPr="004D0E49">
        <w:rPr>
          <w:rFonts w:asciiTheme="majorHAnsi" w:hAnsiTheme="majorHAnsi" w:cstheme="majorHAnsi"/>
          <w:sz w:val="24"/>
          <w:szCs w:val="24"/>
        </w:rPr>
        <w:br/>
        <w:t>- Starting amount</w:t>
      </w:r>
      <w:r w:rsidRPr="004D0E49">
        <w:rPr>
          <w:rFonts w:asciiTheme="majorHAnsi" w:hAnsiTheme="majorHAnsi" w:cstheme="majorHAnsi"/>
          <w:sz w:val="24"/>
          <w:szCs w:val="24"/>
        </w:rPr>
        <w:br/>
        <w:t>- Item purchased</w:t>
      </w:r>
      <w:r w:rsidRPr="004D0E49">
        <w:rPr>
          <w:rFonts w:asciiTheme="majorHAnsi" w:hAnsiTheme="majorHAnsi" w:cstheme="majorHAnsi"/>
          <w:sz w:val="24"/>
          <w:szCs w:val="24"/>
        </w:rPr>
        <w:br/>
        <w:t>- Cost</w:t>
      </w:r>
      <w:r w:rsidRPr="004D0E49">
        <w:rPr>
          <w:rFonts w:asciiTheme="majorHAnsi" w:hAnsiTheme="majorHAnsi" w:cstheme="majorHAnsi"/>
          <w:sz w:val="24"/>
          <w:szCs w:val="24"/>
        </w:rPr>
        <w:br/>
        <w:t>- Change received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sz w:val="24"/>
          <w:szCs w:val="24"/>
        </w:rPr>
        <w:br/>
        <w:t>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started with $10.00. I bought a bottle of water for $2.50. I received $7.50 in change.</w:t>
      </w:r>
    </w:p>
    <w:p w14:paraId="1CC62C38" w14:textId="77777777" w:rsidR="003E6874" w:rsidRPr="004D0E49" w:rsidRDefault="00000000">
      <w:pPr>
        <w:pStyle w:val="Heading2"/>
        <w:rPr>
          <w:rFonts w:cstheme="majorHAnsi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2: Math Practice – Grocery Shopping</w:t>
      </w:r>
    </w:p>
    <w:p w14:paraId="799B1D7B" w14:textId="77777777" w:rsidR="003E6874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1. 2 kg of apples: $7.00</w:t>
      </w:r>
      <w:r w:rsidRPr="004D0E49">
        <w:rPr>
          <w:rFonts w:asciiTheme="majorHAnsi" w:hAnsiTheme="majorHAnsi" w:cstheme="majorHAnsi"/>
          <w:sz w:val="24"/>
          <w:szCs w:val="24"/>
        </w:rPr>
        <w:br/>
        <w:t>2. 1.5 kg of bananas: $4.20</w:t>
      </w:r>
      <w:r w:rsidRPr="004D0E49">
        <w:rPr>
          <w:rFonts w:asciiTheme="majorHAnsi" w:hAnsiTheme="majorHAnsi" w:cstheme="majorHAnsi"/>
          <w:sz w:val="24"/>
          <w:szCs w:val="24"/>
        </w:rPr>
        <w:br/>
        <w:t>3. Cheapest fruit: Bananas</w:t>
      </w:r>
      <w:r w:rsidRPr="004D0E49">
        <w:rPr>
          <w:rFonts w:asciiTheme="majorHAnsi" w:hAnsiTheme="majorHAnsi" w:cstheme="majorHAnsi"/>
          <w:sz w:val="24"/>
          <w:szCs w:val="24"/>
        </w:rPr>
        <w:br/>
        <w:t>4. Apples + oranges: $7.50</w:t>
      </w:r>
      <w:r w:rsidRPr="004D0E49">
        <w:rPr>
          <w:rFonts w:asciiTheme="majorHAnsi" w:hAnsiTheme="majorHAnsi" w:cstheme="majorHAnsi"/>
          <w:sz w:val="24"/>
          <w:szCs w:val="24"/>
        </w:rPr>
        <w:br/>
        <w:t>4b. Change from $20: $12.50</w:t>
      </w:r>
      <w:r w:rsidRPr="004D0E49">
        <w:rPr>
          <w:rFonts w:asciiTheme="majorHAnsi" w:hAnsiTheme="majorHAnsi" w:cstheme="majorHAnsi"/>
          <w:sz w:val="24"/>
          <w:szCs w:val="24"/>
        </w:rPr>
        <w:br/>
        <w:t>4c. Example change: $10 bill, $2 coin, two quarters</w:t>
      </w:r>
    </w:p>
    <w:p w14:paraId="4EC70047" w14:textId="77777777" w:rsidR="003E6874" w:rsidRPr="004D0E49" w:rsidRDefault="00000000">
      <w:pPr>
        <w:pStyle w:val="Heading2"/>
        <w:rPr>
          <w:rFonts w:cstheme="majorHAnsi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3: Math Practice – Making Change</w:t>
      </w:r>
    </w:p>
    <w:p w14:paraId="500F70D4" w14:textId="74372E8D" w:rsidR="009142CF" w:rsidRPr="004D0E49" w:rsidRDefault="00000000" w:rsidP="009142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$27.65: $20, $5, $1, $1, </w:t>
      </w:r>
      <w:r w:rsidR="007F6395" w:rsidRPr="004D0E49">
        <w:rPr>
          <w:rFonts w:asciiTheme="majorHAnsi" w:hAnsiTheme="majorHAnsi" w:cstheme="majorHAnsi"/>
          <w:sz w:val="24"/>
          <w:szCs w:val="24"/>
        </w:rPr>
        <w:t>25</w:t>
      </w:r>
      <w:r w:rsidRPr="004D0E49">
        <w:rPr>
          <w:rFonts w:asciiTheme="majorHAnsi" w:hAnsiTheme="majorHAnsi" w:cstheme="majorHAnsi"/>
          <w:sz w:val="24"/>
          <w:szCs w:val="24"/>
        </w:rPr>
        <w:t>¢</w:t>
      </w:r>
      <w:r w:rsidR="007F6395" w:rsidRPr="004D0E49">
        <w:rPr>
          <w:rFonts w:asciiTheme="majorHAnsi" w:hAnsiTheme="majorHAnsi" w:cstheme="majorHAnsi"/>
          <w:sz w:val="24"/>
          <w:szCs w:val="24"/>
        </w:rPr>
        <w:t xml:space="preserve"> x 2</w:t>
      </w:r>
      <w:r w:rsidRPr="004D0E49">
        <w:rPr>
          <w:rFonts w:asciiTheme="majorHAnsi" w:hAnsiTheme="majorHAnsi" w:cstheme="majorHAnsi"/>
          <w:sz w:val="24"/>
          <w:szCs w:val="24"/>
        </w:rPr>
        <w:t>, 10¢, 5¢</w:t>
      </w:r>
    </w:p>
    <w:p w14:paraId="489190E3" w14:textId="31D35F8B" w:rsidR="009142CF" w:rsidRPr="004D0E49" w:rsidRDefault="009142CF" w:rsidP="009142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$19.85: $10, $5, $1×4, </w:t>
      </w:r>
      <w:r w:rsidR="007F6395" w:rsidRPr="004D0E49">
        <w:rPr>
          <w:rFonts w:asciiTheme="majorHAnsi" w:hAnsiTheme="majorHAnsi" w:cstheme="majorHAnsi"/>
          <w:sz w:val="24"/>
          <w:szCs w:val="24"/>
        </w:rPr>
        <w:t>25</w:t>
      </w:r>
      <w:r w:rsidRPr="004D0E49">
        <w:rPr>
          <w:rFonts w:asciiTheme="majorHAnsi" w:hAnsiTheme="majorHAnsi" w:cstheme="majorHAnsi"/>
          <w:sz w:val="24"/>
          <w:szCs w:val="24"/>
        </w:rPr>
        <w:t>¢</w:t>
      </w:r>
      <w:r w:rsidR="007F6395" w:rsidRPr="004D0E49">
        <w:rPr>
          <w:rFonts w:asciiTheme="majorHAnsi" w:hAnsiTheme="majorHAnsi" w:cstheme="majorHAnsi"/>
          <w:sz w:val="24"/>
          <w:szCs w:val="24"/>
        </w:rPr>
        <w:t xml:space="preserve"> x 3</w:t>
      </w:r>
      <w:r w:rsidRPr="004D0E49">
        <w:rPr>
          <w:rFonts w:asciiTheme="majorHAnsi" w:hAnsiTheme="majorHAnsi" w:cstheme="majorHAnsi"/>
          <w:sz w:val="24"/>
          <w:szCs w:val="24"/>
        </w:rPr>
        <w:t>, 10¢</w:t>
      </w:r>
    </w:p>
    <w:p w14:paraId="6FFDF884" w14:textId="1EB5955C" w:rsidR="009142CF" w:rsidRPr="004D0E49" w:rsidRDefault="009142CF" w:rsidP="009142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$14.80: $10, $1×4, </w:t>
      </w:r>
      <w:r w:rsidR="007F6395" w:rsidRPr="004D0E49">
        <w:rPr>
          <w:rFonts w:asciiTheme="majorHAnsi" w:hAnsiTheme="majorHAnsi" w:cstheme="majorHAnsi"/>
          <w:sz w:val="24"/>
          <w:szCs w:val="24"/>
        </w:rPr>
        <w:t>2</w:t>
      </w:r>
      <w:r w:rsidRPr="004D0E49">
        <w:rPr>
          <w:rFonts w:asciiTheme="majorHAnsi" w:hAnsiTheme="majorHAnsi" w:cstheme="majorHAnsi"/>
          <w:sz w:val="24"/>
          <w:szCs w:val="24"/>
        </w:rPr>
        <w:t>5¢</w:t>
      </w:r>
      <w:r w:rsidR="007F6395" w:rsidRPr="004D0E49">
        <w:rPr>
          <w:rFonts w:asciiTheme="majorHAnsi" w:hAnsiTheme="majorHAnsi" w:cstheme="majorHAnsi"/>
          <w:sz w:val="24"/>
          <w:szCs w:val="24"/>
        </w:rPr>
        <w:t xml:space="preserve"> x 3</w:t>
      </w:r>
      <w:r w:rsidRPr="004D0E49">
        <w:rPr>
          <w:rFonts w:asciiTheme="majorHAnsi" w:hAnsiTheme="majorHAnsi" w:cstheme="majorHAnsi"/>
          <w:sz w:val="24"/>
          <w:szCs w:val="24"/>
        </w:rPr>
        <w:t>, 5¢</w:t>
      </w:r>
    </w:p>
    <w:p w14:paraId="3CF4BEC0" w14:textId="02AFE884" w:rsidR="009142CF" w:rsidRPr="004D0E49" w:rsidRDefault="009142CF" w:rsidP="009142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$52.10: $20×2, $10, $2, 10¢</w:t>
      </w:r>
    </w:p>
    <w:p w14:paraId="436282BA" w14:textId="01232951" w:rsidR="003E6874" w:rsidRPr="004D0E49" w:rsidRDefault="009142CF" w:rsidP="009142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$46.35: $20×2, $5, $1, 25¢, 10¢</w:t>
      </w:r>
    </w:p>
    <w:p w14:paraId="353DF8BB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Questions 4–6: Flyer Calculations</w:t>
      </w:r>
    </w:p>
    <w:p w14:paraId="257BEBA3" w14:textId="2575CC00" w:rsidR="003E6874" w:rsidRPr="004D0E49" w:rsidRDefault="007F6395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Bananas</w:t>
      </w:r>
    </w:p>
    <w:p w14:paraId="66926B0D" w14:textId="76C0CB77" w:rsidR="007F6395" w:rsidRPr="004D0E49" w:rsidRDefault="007F6395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$0.32+$1.10=$1.42</w:t>
      </w:r>
    </w:p>
    <w:p w14:paraId="11E52FCC" w14:textId="7FF703E0" w:rsidR="007F6395" w:rsidRPr="004D0E49" w:rsidRDefault="007F6395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lastRenderedPageBreak/>
        <w:t>$2.20</w:t>
      </w:r>
    </w:p>
    <w:p w14:paraId="750FE64A" w14:textId="160161B0" w:rsidR="007F6395" w:rsidRPr="004D0E49" w:rsidRDefault="007F6395" w:rsidP="00266C8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3b. $17.80</w:t>
      </w:r>
    </w:p>
    <w:p w14:paraId="453B947F" w14:textId="4BABF974" w:rsidR="007F6395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$13.00</w:t>
      </w:r>
    </w:p>
    <w:p w14:paraId="1821F200" w14:textId="06BCBF91" w:rsidR="00266C82" w:rsidRPr="004D0E49" w:rsidRDefault="00266C82" w:rsidP="00266C8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4b. $37.00</w:t>
      </w:r>
    </w:p>
    <w:p w14:paraId="37CCEEF4" w14:textId="51D756B4" w:rsidR="00266C82" w:rsidRPr="004D0E49" w:rsidRDefault="00266C82" w:rsidP="00266C8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4c. $10, $20, $5, $2 (Accept any variation that adds to $37)</w:t>
      </w:r>
    </w:p>
    <w:p w14:paraId="48F6F007" w14:textId="55B243F0" w:rsidR="00266C82" w:rsidRPr="004D0E49" w:rsidRDefault="00266C82" w:rsidP="00266C8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4d. Accept any different variation that adds to $37</w:t>
      </w:r>
    </w:p>
    <w:p w14:paraId="1D59F96A" w14:textId="3D509888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9 apples</w:t>
      </w:r>
    </w:p>
    <w:p w14:paraId="72DFB8BE" w14:textId="2B49F9C9" w:rsidR="00266C82" w:rsidRPr="004D0E49" w:rsidRDefault="00266C82" w:rsidP="00266C8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5b. 6.75/9= $0.75</w:t>
      </w:r>
    </w:p>
    <w:p w14:paraId="730E248B" w14:textId="002D6F2D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Watermelon </w:t>
      </w:r>
    </w:p>
    <w:p w14:paraId="51D2D925" w14:textId="46DAB0F2" w:rsidR="00266C82" w:rsidRPr="004D0E49" w:rsidRDefault="00266C82" w:rsidP="00266C82">
      <w:pPr>
        <w:pStyle w:val="ListParagraph"/>
        <w:spacing w:after="0"/>
        <w:ind w:left="36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6b. Answers will vary</w:t>
      </w:r>
    </w:p>
    <w:p w14:paraId="2BC578DB" w14:textId="5573BED8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$6.75 + $1.10 + $8.00 + $4.25 + $0.32 + $5.00 = $25.42</w:t>
      </w:r>
    </w:p>
    <w:p w14:paraId="7E274C6D" w14:textId="20B6D45C" w:rsidR="00266C82" w:rsidRPr="004D0E49" w:rsidRDefault="00266C82" w:rsidP="00266C82">
      <w:pPr>
        <w:pStyle w:val="ListParagraph"/>
        <w:spacing w:after="0"/>
        <w:ind w:left="36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7b. Answers will vary.  Accept any answer that adds to $25.42</w:t>
      </w:r>
    </w:p>
    <w:p w14:paraId="3846C93A" w14:textId="69E88C3D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705-262-4888</w:t>
      </w:r>
    </w:p>
    <w:p w14:paraId="05C62917" w14:textId="1866459B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246 Green Street, Timmins</w:t>
      </w:r>
    </w:p>
    <w:p w14:paraId="116A9405" w14:textId="6F373526" w:rsidR="00266C82" w:rsidRPr="004D0E49" w:rsidRDefault="00266C82" w:rsidP="00266C82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They are trying to get more customers.</w:t>
      </w:r>
    </w:p>
    <w:p w14:paraId="1E0B8D8E" w14:textId="73D36F87" w:rsidR="003E6874" w:rsidRPr="004D0E49" w:rsidRDefault="00000000">
      <w:pPr>
        <w:pStyle w:val="Heading2"/>
        <w:rPr>
          <w:rFonts w:cstheme="majorHAnsi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7: Shopping for Groceries</w:t>
      </w:r>
    </w:p>
    <w:p w14:paraId="3C42430C" w14:textId="73DA44FC" w:rsidR="003E6874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hAnsiTheme="majorHAnsi" w:cstheme="majorHAnsi"/>
          <w:sz w:val="24"/>
          <w:szCs w:val="24"/>
        </w:rPr>
        <w:br/>
        <w:t>1. Stores and farmers’ markets</w:t>
      </w:r>
      <w:r w:rsidR="00266C82" w:rsidRPr="004D0E49">
        <w:rPr>
          <w:rFonts w:asciiTheme="majorHAnsi" w:hAnsiTheme="majorHAnsi" w:cstheme="majorHAnsi"/>
          <w:sz w:val="24"/>
          <w:szCs w:val="24"/>
        </w:rPr>
        <w:t xml:space="preserve"> – only one correct answer needed</w:t>
      </w:r>
      <w:r w:rsidRPr="004D0E49">
        <w:rPr>
          <w:rFonts w:asciiTheme="majorHAnsi" w:hAnsiTheme="majorHAnsi" w:cstheme="majorHAnsi"/>
          <w:sz w:val="24"/>
          <w:szCs w:val="24"/>
        </w:rPr>
        <w:br/>
        <w:t>2. Fruits</w:t>
      </w:r>
      <w:r w:rsidR="00266C82"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vegetables</w:t>
      </w:r>
      <w:r w:rsidR="00266C82" w:rsidRPr="004D0E49">
        <w:rPr>
          <w:rFonts w:asciiTheme="majorHAnsi" w:hAnsiTheme="majorHAnsi" w:cstheme="majorHAnsi"/>
          <w:sz w:val="24"/>
          <w:szCs w:val="24"/>
        </w:rPr>
        <w:t>, meat, bread – 2 of the 4</w:t>
      </w:r>
      <w:r w:rsidRPr="004D0E49">
        <w:rPr>
          <w:rFonts w:asciiTheme="majorHAnsi" w:hAnsiTheme="majorHAnsi" w:cstheme="majorHAnsi"/>
          <w:sz w:val="24"/>
          <w:szCs w:val="24"/>
        </w:rPr>
        <w:br/>
        <w:t>3. Eggs, honey, fruits, vegetables</w:t>
      </w:r>
      <w:r w:rsidR="00DF0A33" w:rsidRPr="004D0E49">
        <w:rPr>
          <w:rFonts w:asciiTheme="majorHAnsi" w:hAnsiTheme="majorHAnsi" w:cstheme="majorHAnsi"/>
          <w:sz w:val="24"/>
          <w:szCs w:val="24"/>
        </w:rPr>
        <w:t xml:space="preserve"> – 1 of the 4</w:t>
      </w:r>
      <w:r w:rsidRPr="004D0E49">
        <w:rPr>
          <w:rFonts w:asciiTheme="majorHAnsi" w:hAnsiTheme="majorHAnsi" w:cstheme="majorHAnsi"/>
          <w:sz w:val="24"/>
          <w:szCs w:val="24"/>
        </w:rPr>
        <w:br/>
        <w:t>4. Money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sz w:val="24"/>
          <w:szCs w:val="24"/>
        </w:rPr>
        <w:br/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like to buy apples and bread at the grocery store.</w:t>
      </w:r>
    </w:p>
    <w:p w14:paraId="5513019E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8: Shopping for Groceries Locally</w:t>
      </w:r>
    </w:p>
    <w:p w14:paraId="5531F791" w14:textId="78DF9989" w:rsidR="003E6874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Comprehension Answers:</w:t>
      </w:r>
      <w:r w:rsidRPr="004D0E49">
        <w:rPr>
          <w:rFonts w:asciiTheme="majorHAnsi" w:hAnsiTheme="majorHAnsi" w:cstheme="majorHAnsi"/>
          <w:sz w:val="24"/>
          <w:szCs w:val="24"/>
        </w:rPr>
        <w:br/>
        <w:t>1. Fruits, vegetables, bread</w:t>
      </w:r>
      <w:r w:rsidR="00DF0A33" w:rsidRPr="004D0E49">
        <w:rPr>
          <w:rFonts w:asciiTheme="majorHAnsi" w:hAnsiTheme="majorHAnsi" w:cstheme="majorHAnsi"/>
          <w:sz w:val="24"/>
          <w:szCs w:val="24"/>
        </w:rPr>
        <w:t xml:space="preserve">, meat and </w:t>
      </w:r>
      <w:r w:rsidR="00DF0A33" w:rsidRPr="004D0E49">
        <w:rPr>
          <w:rFonts w:asciiTheme="majorHAnsi" w:hAnsiTheme="majorHAnsi" w:cstheme="majorHAnsi"/>
          <w:sz w:val="24"/>
          <w:szCs w:val="24"/>
        </w:rPr>
        <w:t>dairy products – 3 of the 5</w:t>
      </w:r>
      <w:r w:rsidRPr="004D0E49">
        <w:rPr>
          <w:rFonts w:asciiTheme="majorHAnsi" w:hAnsiTheme="majorHAnsi" w:cstheme="majorHAnsi"/>
          <w:sz w:val="24"/>
          <w:szCs w:val="24"/>
        </w:rPr>
        <w:br/>
        <w:t>2. Eggs, honey, baked goods</w:t>
      </w:r>
      <w:r w:rsidRPr="004D0E49">
        <w:rPr>
          <w:rFonts w:asciiTheme="majorHAnsi" w:hAnsiTheme="majorHAnsi" w:cstheme="majorHAnsi"/>
          <w:sz w:val="24"/>
          <w:szCs w:val="24"/>
        </w:rPr>
        <w:br/>
        <w:t>3. Helps farmers and provides fresh food</w:t>
      </w:r>
      <w:r w:rsidRPr="004D0E49">
        <w:rPr>
          <w:rFonts w:asciiTheme="majorHAnsi" w:hAnsiTheme="majorHAnsi" w:cstheme="majorHAnsi"/>
          <w:sz w:val="24"/>
          <w:szCs w:val="24"/>
        </w:rPr>
        <w:br/>
        <w:t>4. Money or debit cards</w:t>
      </w:r>
      <w:r w:rsidRPr="004D0E49">
        <w:rPr>
          <w:rFonts w:asciiTheme="majorHAnsi" w:hAnsiTheme="majorHAnsi" w:cstheme="majorHAnsi"/>
          <w:sz w:val="24"/>
          <w:szCs w:val="24"/>
        </w:rPr>
        <w:br/>
        <w:t>5. Big stores sell more items</w:t>
      </w:r>
      <w:r w:rsidR="00DF0A33" w:rsidRPr="004D0E49">
        <w:rPr>
          <w:rFonts w:asciiTheme="majorHAnsi" w:hAnsiTheme="majorHAnsi" w:cstheme="majorHAnsi"/>
          <w:sz w:val="24"/>
          <w:szCs w:val="24"/>
        </w:rPr>
        <w:t>.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sz w:val="24"/>
          <w:szCs w:val="24"/>
        </w:rPr>
        <w:br/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 xml:space="preserve">My favourite grocery store is the local market. I buy </w:t>
      </w:r>
      <w:r w:rsidR="00DF0A33" w:rsidRPr="00E6559B">
        <w:rPr>
          <w:rFonts w:asciiTheme="majorHAnsi" w:hAnsiTheme="majorHAnsi" w:cstheme="majorHAnsi"/>
          <w:i/>
          <w:iCs/>
          <w:sz w:val="24"/>
          <w:szCs w:val="24"/>
        </w:rPr>
        <w:t xml:space="preserve">their </w:t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vegetables and eggs because they are fresh.</w:t>
      </w:r>
      <w:r w:rsidR="00DF0A33" w:rsidRPr="00E6559B">
        <w:rPr>
          <w:rFonts w:asciiTheme="majorHAnsi" w:hAnsiTheme="majorHAnsi" w:cstheme="majorHAnsi"/>
          <w:i/>
          <w:iCs/>
          <w:sz w:val="24"/>
          <w:szCs w:val="24"/>
        </w:rPr>
        <w:t xml:space="preserve">  This store has really good variety.</w:t>
      </w:r>
    </w:p>
    <w:p w14:paraId="78F36876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9: Shopping for Groceries in Northeastern Ontario</w:t>
      </w:r>
    </w:p>
    <w:p w14:paraId="41D93446" w14:textId="77777777" w:rsidR="009142CF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Answers:</w:t>
      </w:r>
    </w:p>
    <w:p w14:paraId="7D60E550" w14:textId="77777777" w:rsidR="009142CF" w:rsidRPr="004D0E49" w:rsidRDefault="009142CF" w:rsidP="009142CF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Supermarkets sell fruits, vegetables, meat, dairy, packaged foods.</w:t>
      </w:r>
    </w:p>
    <w:p w14:paraId="57AC71D2" w14:textId="7BF0FE9E" w:rsidR="009142CF" w:rsidRPr="004D0E49" w:rsidRDefault="00DF0A33" w:rsidP="009142CF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Vegetables, eggs, honey and baked goods – 3 of the 4</w:t>
      </w:r>
    </w:p>
    <w:p w14:paraId="2455A9FA" w14:textId="3AFF5AA2" w:rsidR="00DF0A33" w:rsidRPr="004D0E49" w:rsidRDefault="00DF0A33" w:rsidP="009142CF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Buying local supports farmers and promotes healthier eating.</w:t>
      </w:r>
    </w:p>
    <w:p w14:paraId="79FD0ED4" w14:textId="57729BBA" w:rsidR="00DF0A33" w:rsidRPr="004D0E49" w:rsidRDefault="00DF0A33" w:rsidP="009142CF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Cash, credit or debit</w:t>
      </w:r>
    </w:p>
    <w:p w14:paraId="2CFB8190" w14:textId="75F18A04" w:rsidR="003E6874" w:rsidRPr="004D0E49" w:rsidRDefault="00DF0A33" w:rsidP="009142CF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Seasonal food means food that is only available during its natural growing time.</w:t>
      </w:r>
    </w:p>
    <w:p w14:paraId="47A62D2E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10: Foods in Northeastern Ontario</w:t>
      </w:r>
    </w:p>
    <w:p w14:paraId="4DA540C5" w14:textId="77777777" w:rsidR="009142CF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Answers:</w:t>
      </w:r>
    </w:p>
    <w:p w14:paraId="6EB291C4" w14:textId="010B145A" w:rsidR="009142CF" w:rsidRPr="004D0E49" w:rsidRDefault="00000000" w:rsidP="009142CF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Carrots</w:t>
      </w:r>
      <w:r w:rsidR="00DF0A33"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potatoes</w:t>
      </w:r>
      <w:r w:rsidR="00DF0A33" w:rsidRPr="004D0E49">
        <w:rPr>
          <w:rFonts w:asciiTheme="majorHAnsi" w:hAnsiTheme="majorHAnsi" w:cstheme="majorHAnsi"/>
          <w:sz w:val="24"/>
          <w:szCs w:val="24"/>
        </w:rPr>
        <w:t xml:space="preserve"> and beans – 2 of 3</w:t>
      </w:r>
    </w:p>
    <w:p w14:paraId="493583EF" w14:textId="5076E9B2" w:rsidR="009142CF" w:rsidRPr="004D0E49" w:rsidRDefault="00000000" w:rsidP="009142CF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Cows and chickens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 – 1 of 2</w:t>
      </w:r>
    </w:p>
    <w:p w14:paraId="16C3E32B" w14:textId="1F0A2656" w:rsidR="009142CF" w:rsidRPr="004D0E49" w:rsidRDefault="00000000" w:rsidP="009142CF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Lakes and rivers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 – 1 of 2</w:t>
      </w:r>
    </w:p>
    <w:p w14:paraId="36383B68" w14:textId="636D76B3" w:rsidR="009142CF" w:rsidRPr="004D0E49" w:rsidRDefault="00000000" w:rsidP="009142CF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Local stores</w:t>
      </w:r>
      <w:r w:rsidRPr="004D0E49">
        <w:rPr>
          <w:rFonts w:asciiTheme="majorHAnsi" w:hAnsiTheme="majorHAnsi" w:cstheme="majorHAnsi"/>
          <w:sz w:val="24"/>
          <w:szCs w:val="24"/>
        </w:rPr>
        <w:br/>
      </w:r>
    </w:p>
    <w:p w14:paraId="4D201C92" w14:textId="234C03BD" w:rsidR="003E6874" w:rsidRPr="004D0E49" w:rsidRDefault="00000000" w:rsidP="009142CF">
      <w:pPr>
        <w:pStyle w:val="ListParagraph"/>
        <w:ind w:left="36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My favourite food from a lake is fish.</w:t>
      </w:r>
    </w:p>
    <w:p w14:paraId="63F4E53A" w14:textId="76BF52FE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lastRenderedPageBreak/>
        <w:t xml:space="preserve">Question 11: Foods </w:t>
      </w:r>
      <w:r w:rsidR="001030BD" w:rsidRPr="00287624">
        <w:rPr>
          <w:rFonts w:cstheme="majorHAnsi"/>
          <w:color w:val="000000" w:themeColor="text1"/>
          <w:sz w:val="24"/>
          <w:szCs w:val="24"/>
        </w:rPr>
        <w:t>Grown</w:t>
      </w:r>
      <w:r w:rsidRPr="00287624">
        <w:rPr>
          <w:rFonts w:cstheme="majorHAnsi"/>
          <w:color w:val="000000" w:themeColor="text1"/>
          <w:sz w:val="24"/>
          <w:szCs w:val="24"/>
        </w:rPr>
        <w:t xml:space="preserve"> in Northeastern Ontario</w:t>
      </w:r>
    </w:p>
    <w:p w14:paraId="50BA4C79" w14:textId="77777777" w:rsidR="009142CF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Answers:</w:t>
      </w:r>
    </w:p>
    <w:p w14:paraId="02818C71" w14:textId="73320016" w:rsidR="009142CF" w:rsidRPr="004D0E49" w:rsidRDefault="00000000" w:rsidP="009142CF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Potatoes, carrots, beans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 and apples – any 3 of 4</w:t>
      </w:r>
    </w:p>
    <w:p w14:paraId="5FA2E93A" w14:textId="5DA1B601" w:rsidR="009142CF" w:rsidRPr="004D0E49" w:rsidRDefault="00000000" w:rsidP="009142CF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Milk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, meat </w:t>
      </w:r>
      <w:r w:rsidRPr="004D0E49">
        <w:rPr>
          <w:rFonts w:asciiTheme="majorHAnsi" w:hAnsiTheme="majorHAnsi" w:cstheme="majorHAnsi"/>
          <w:sz w:val="24"/>
          <w:szCs w:val="24"/>
        </w:rPr>
        <w:t>and eggs</w:t>
      </w:r>
    </w:p>
    <w:p w14:paraId="59561F72" w14:textId="77777777" w:rsidR="009142CF" w:rsidRPr="004D0E49" w:rsidRDefault="00000000" w:rsidP="009142CF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Sold fresh or frozen.</w:t>
      </w:r>
    </w:p>
    <w:p w14:paraId="1114A0AF" w14:textId="77777777" w:rsidR="001030BD" w:rsidRPr="004D0E49" w:rsidRDefault="00000000" w:rsidP="009142CF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Local food is fresher and supports the economy.</w:t>
      </w:r>
    </w:p>
    <w:p w14:paraId="450ADA41" w14:textId="6A711874" w:rsidR="003E6874" w:rsidRPr="004D0E49" w:rsidRDefault="001030BD" w:rsidP="009142CF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Farmer’s markets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sz w:val="24"/>
          <w:szCs w:val="24"/>
        </w:rPr>
        <w:br/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like local eggs from nearby farms.  The eggs are very fresh.  We use eggs in many recipes.</w:t>
      </w:r>
      <w:r w:rsidRPr="004D0E4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C63D6F0" w14:textId="77777777" w:rsidR="003E6874" w:rsidRPr="00287624" w:rsidRDefault="00000000">
      <w:pPr>
        <w:pStyle w:val="Heading2"/>
        <w:rPr>
          <w:rFonts w:cstheme="majorHAnsi"/>
          <w:color w:val="000000" w:themeColor="text1"/>
          <w:sz w:val="24"/>
          <w:szCs w:val="24"/>
        </w:rPr>
      </w:pPr>
      <w:r w:rsidRPr="00287624">
        <w:rPr>
          <w:rFonts w:cstheme="majorHAnsi"/>
          <w:color w:val="000000" w:themeColor="text1"/>
          <w:sz w:val="24"/>
          <w:szCs w:val="24"/>
        </w:rPr>
        <w:t>Question 12: Foods Grown and Made in Northeastern Ontario</w:t>
      </w:r>
    </w:p>
    <w:p w14:paraId="6046BB78" w14:textId="77777777" w:rsidR="009142CF" w:rsidRPr="004D0E49" w:rsidRDefault="00000000">
      <w:p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Answers:</w:t>
      </w:r>
    </w:p>
    <w:p w14:paraId="57896534" w14:textId="78C691A8" w:rsidR="009142CF" w:rsidRPr="004D0E49" w:rsidRDefault="00000000" w:rsidP="001030BD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Vegetables: carrots, potatoes, beans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 and Fruits: apples, berries.</w:t>
      </w:r>
    </w:p>
    <w:p w14:paraId="54CFB599" w14:textId="77777777" w:rsidR="009142CF" w:rsidRPr="004D0E49" w:rsidRDefault="00000000" w:rsidP="009142CF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Chickens provide eggs and meat.</w:t>
      </w:r>
    </w:p>
    <w:p w14:paraId="45E1B392" w14:textId="3B53405E" w:rsidR="009142CF" w:rsidRPr="004D0E49" w:rsidRDefault="00000000" w:rsidP="009142CF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Fishing supplies local </w:t>
      </w:r>
      <w:r w:rsidR="001030BD" w:rsidRPr="004D0E49">
        <w:rPr>
          <w:rFonts w:asciiTheme="majorHAnsi" w:hAnsiTheme="majorHAnsi" w:cstheme="majorHAnsi"/>
          <w:sz w:val="24"/>
          <w:szCs w:val="24"/>
        </w:rPr>
        <w:t>restaurants and stores with fish to sell.</w:t>
      </w:r>
    </w:p>
    <w:p w14:paraId="5FB3677B" w14:textId="77777777" w:rsidR="001030BD" w:rsidRPr="004D0E49" w:rsidRDefault="00000000" w:rsidP="009142CF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Local food supports the community</w:t>
      </w:r>
      <w:r w:rsidR="001030BD" w:rsidRPr="004D0E49">
        <w:rPr>
          <w:rFonts w:asciiTheme="majorHAnsi" w:hAnsiTheme="majorHAnsi" w:cstheme="majorHAnsi"/>
          <w:sz w:val="24"/>
          <w:szCs w:val="24"/>
        </w:rPr>
        <w:t xml:space="preserve"> by reducing transportation costs.</w:t>
      </w:r>
    </w:p>
    <w:p w14:paraId="095490F1" w14:textId="2B96A436" w:rsidR="00315D03" w:rsidRPr="00287624" w:rsidRDefault="001030BD" w:rsidP="00315D03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They buy from local farmers and fishers.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sz w:val="24"/>
          <w:szCs w:val="24"/>
        </w:rPr>
        <w:br/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  <w:t>If a recipe needs food not available locally, I would go to a large grocery store or ask the store to order it.</w:t>
      </w:r>
      <w:r w:rsidR="009142CF" w:rsidRPr="004D0E49">
        <w:rPr>
          <w:rFonts w:asciiTheme="majorHAnsi" w:hAnsiTheme="majorHAnsi" w:cstheme="majorHAnsi"/>
          <w:sz w:val="24"/>
          <w:szCs w:val="24"/>
        </w:rPr>
        <w:t xml:space="preserve">  I can also order food online.  It gets delivered to my house.  There are many ways to get food if it is not available at the local store.</w:t>
      </w:r>
    </w:p>
    <w:p w14:paraId="6EA9E283" w14:textId="3FAC536B" w:rsidR="00315D03" w:rsidRPr="004D0E49" w:rsidRDefault="004D0E49" w:rsidP="00315D03">
      <w:pPr>
        <w:pStyle w:val="Heading1"/>
        <w:rPr>
          <w:rFonts w:cstheme="majorHAnsi"/>
          <w:sz w:val="24"/>
          <w:szCs w:val="24"/>
        </w:rPr>
      </w:pPr>
      <w:r w:rsidRPr="004D0E49">
        <w:rPr>
          <w:rFonts w:cstheme="majorHAnsi"/>
          <w:sz w:val="24"/>
          <w:szCs w:val="24"/>
        </w:rPr>
        <w:t>Functional</w:t>
      </w:r>
      <w:r w:rsidR="00315D03" w:rsidRPr="004D0E49">
        <w:rPr>
          <w:rFonts w:cstheme="majorHAnsi"/>
          <w:sz w:val="24"/>
          <w:szCs w:val="24"/>
        </w:rPr>
        <w:t xml:space="preserve"> English – Lesson </w:t>
      </w:r>
      <w:r w:rsidR="00315D03" w:rsidRPr="004D0E49">
        <w:rPr>
          <w:rFonts w:cstheme="majorHAnsi"/>
          <w:sz w:val="24"/>
          <w:szCs w:val="24"/>
        </w:rPr>
        <w:t>5</w:t>
      </w:r>
      <w:r w:rsidR="00315D03" w:rsidRPr="004D0E49">
        <w:rPr>
          <w:rFonts w:cstheme="majorHAnsi"/>
          <w:sz w:val="24"/>
          <w:szCs w:val="24"/>
        </w:rPr>
        <w:t xml:space="preserve"> Homework</w:t>
      </w:r>
      <w:r w:rsidR="00315D03" w:rsidRPr="004D0E49">
        <w:rPr>
          <w:rFonts w:cstheme="majorHAnsi"/>
          <w:sz w:val="24"/>
          <w:szCs w:val="24"/>
        </w:rPr>
        <w:br/>
        <w:t>Answer Key &amp; Sample Responses</w:t>
      </w:r>
    </w:p>
    <w:p w14:paraId="4AAE7996" w14:textId="77777777" w:rsidR="00315D03" w:rsidRPr="004D0E49" w:rsidRDefault="00315D03" w:rsidP="00315D03">
      <w:pPr>
        <w:rPr>
          <w:rFonts w:asciiTheme="majorHAnsi" w:hAnsiTheme="majorHAnsi" w:cstheme="majorHAnsi"/>
          <w:sz w:val="24"/>
          <w:szCs w:val="24"/>
        </w:rPr>
      </w:pPr>
    </w:p>
    <w:p w14:paraId="08433BBF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1: Independent Assignment – Map of a Town</w:t>
      </w:r>
    </w:p>
    <w:p w14:paraId="1657C72F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  <w:t xml:space="preserve">This is a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drawing task</w:t>
      </w:r>
      <w:r w:rsidRPr="004D0E49">
        <w:rPr>
          <w:rFonts w:asciiTheme="majorHAnsi" w:hAnsiTheme="majorHAnsi" w:cstheme="majorHAnsi"/>
          <w:sz w:val="24"/>
          <w:szCs w:val="24"/>
        </w:rPr>
        <w:t>. There is no single correct answer.</w:t>
      </w:r>
    </w:p>
    <w:p w14:paraId="408123C6" w14:textId="64BD6628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Learner should include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at least 10 items</w:t>
      </w:r>
      <w:r w:rsidRPr="004D0E49">
        <w:rPr>
          <w:rFonts w:asciiTheme="majorHAnsi" w:hAnsiTheme="majorHAnsi" w:cstheme="majorHAnsi"/>
          <w:sz w:val="24"/>
          <w:szCs w:val="24"/>
        </w:rPr>
        <w:t xml:space="preserve"> from the provided list (example items may include):</w:t>
      </w:r>
    </w:p>
    <w:p w14:paraId="5104EDA3" w14:textId="77777777" w:rsidR="004D0E49" w:rsidRPr="004D0E49" w:rsidRDefault="004D0E49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  <w:sectPr w:rsidR="004D0E49" w:rsidRPr="004D0E49" w:rsidSect="00E6559B">
          <w:headerReference w:type="default" r:id="rId8"/>
          <w:footerReference w:type="default" r:id="rId9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35464AA2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School</w:t>
      </w:r>
    </w:p>
    <w:p w14:paraId="64A9EB50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Store</w:t>
      </w:r>
    </w:p>
    <w:p w14:paraId="65B53A52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Hospital</w:t>
      </w:r>
    </w:p>
    <w:p w14:paraId="748B48F5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Library</w:t>
      </w:r>
    </w:p>
    <w:p w14:paraId="1E7AD1CC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Post office</w:t>
      </w:r>
    </w:p>
    <w:p w14:paraId="68CF3D13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Fire station</w:t>
      </w:r>
    </w:p>
    <w:p w14:paraId="7166E40E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Park</w:t>
      </w:r>
    </w:p>
    <w:p w14:paraId="1347EB58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Road</w:t>
      </w:r>
    </w:p>
    <w:p w14:paraId="491C44FE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Houses</w:t>
      </w:r>
    </w:p>
    <w:p w14:paraId="5C8F9CB0" w14:textId="77777777" w:rsidR="00E56151" w:rsidRPr="004D0E49" w:rsidRDefault="00E56151" w:rsidP="00E56151">
      <w:pPr>
        <w:numPr>
          <w:ilvl w:val="0"/>
          <w:numId w:val="4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Bus stop</w:t>
      </w:r>
    </w:p>
    <w:p w14:paraId="451D6FA4" w14:textId="77777777" w:rsidR="004D0E49" w:rsidRPr="004D0E49" w:rsidRDefault="004D0E49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  <w:sectPr w:rsidR="004D0E49" w:rsidRPr="004D0E49" w:rsidSect="00E6559B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0C7AF2AB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Marking Note:</w:t>
      </w:r>
      <w:r w:rsidRPr="004D0E49">
        <w:rPr>
          <w:rFonts w:asciiTheme="majorHAnsi" w:hAnsiTheme="majorHAnsi" w:cstheme="majorHAnsi"/>
          <w:sz w:val="24"/>
          <w:szCs w:val="24"/>
        </w:rPr>
        <w:br/>
        <w:t>Check for effort, correct labeling, and use of community vocabulary.</w:t>
      </w:r>
    </w:p>
    <w:p w14:paraId="63BC3EB8" w14:textId="653596B5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7BF0650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2: Math Practice – Comparing Prices</w:t>
      </w:r>
    </w:p>
    <w:p w14:paraId="0662135E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7B8DAAA0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Bread is cheaper at Store A.</w:t>
      </w:r>
    </w:p>
    <w:p w14:paraId="04D7C626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Milk is cheaper at Store B.</w:t>
      </w:r>
    </w:p>
    <w:p w14:paraId="64D94365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Store A total: $5.70 ($2.50 + $3.20)</w:t>
      </w:r>
    </w:p>
    <w:p w14:paraId="7DFB5E3E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lastRenderedPageBreak/>
        <w:t>Store B total: $5.80 ($2.80 + $3.00)</w:t>
      </w:r>
    </w:p>
    <w:p w14:paraId="2F5B6796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Store A is cheaper.</w:t>
      </w:r>
    </w:p>
    <w:p w14:paraId="60A1B118" w14:textId="77777777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Change from $20.00: $14.30</w:t>
      </w:r>
    </w:p>
    <w:p w14:paraId="50D62A33" w14:textId="51B2C5E2" w:rsidR="00E56151" w:rsidRPr="00287624" w:rsidRDefault="00E56151" w:rsidP="00E56151">
      <w:pPr>
        <w:numPr>
          <w:ilvl w:val="0"/>
          <w:numId w:val="4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Example change:</w:t>
      </w:r>
      <w:r w:rsidRPr="00287624">
        <w:rPr>
          <w:rFonts w:asciiTheme="majorHAnsi" w:hAnsiTheme="majorHAnsi" w:cstheme="majorHAnsi"/>
          <w:sz w:val="24"/>
          <w:szCs w:val="24"/>
        </w:rPr>
        <w:t xml:space="preserve"> </w:t>
      </w:r>
      <w:r w:rsidRPr="00287624">
        <w:rPr>
          <w:rFonts w:asciiTheme="majorHAnsi" w:hAnsiTheme="majorHAnsi" w:cstheme="majorHAnsi"/>
          <w:sz w:val="24"/>
          <w:szCs w:val="24"/>
        </w:rPr>
        <w:t>$10 bill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$2 coin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$2 coin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1 quarter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1 nickel</w:t>
      </w:r>
    </w:p>
    <w:p w14:paraId="431DC2FD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67CE4EC1" w14:textId="53E386BA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0B04310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3: Math Practice – Making Change</w:t>
      </w:r>
    </w:p>
    <w:p w14:paraId="3509ADCE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 (examples):</w:t>
      </w:r>
    </w:p>
    <w:p w14:paraId="532BF136" w14:textId="666F28F5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$5.25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$5 bill, 1 quarter</w:t>
      </w:r>
    </w:p>
    <w:p w14:paraId="1949730F" w14:textId="2B094866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$17.50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$5 bill, $2 coin, 2 quarters</w:t>
      </w:r>
    </w:p>
    <w:p w14:paraId="0CF95E49" w14:textId="32E2D66C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$15.40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$5 bill, 1 quarter, 1 dime, 1 nickel</w:t>
      </w:r>
    </w:p>
    <w:p w14:paraId="615FCAFB" w14:textId="217559B9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$16.10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$5 bill, $1 coin, 1 dime</w:t>
      </w:r>
    </w:p>
    <w:p w14:paraId="5CB5093B" w14:textId="0D0FAC55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$52.30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$50 bill, $2 coin, 1 quarter, 1 nickel</w:t>
      </w:r>
    </w:p>
    <w:p w14:paraId="52EAEE65" w14:textId="53EACED0" w:rsidR="00E56151" w:rsidRPr="004D0E49" w:rsidRDefault="00E56151" w:rsidP="00E56151">
      <w:pPr>
        <w:numPr>
          <w:ilvl w:val="0"/>
          <w:numId w:val="4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$39.55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$10 bill, $5 bill, $2 coin, $2 coin, 2 quarters, 1 nickel</w:t>
      </w:r>
    </w:p>
    <w:p w14:paraId="19C874EE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750A1E27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4: Public Services</w:t>
      </w:r>
    </w:p>
    <w:p w14:paraId="2033BEBF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7C297389" w14:textId="3DD116C7" w:rsidR="00E56151" w:rsidRPr="00287624" w:rsidRDefault="00E56151" w:rsidP="00E56151">
      <w:pPr>
        <w:numPr>
          <w:ilvl w:val="0"/>
          <w:numId w:val="4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 xml:space="preserve">One of </w:t>
      </w:r>
      <w:r w:rsidRPr="00287624">
        <w:rPr>
          <w:rFonts w:asciiTheme="majorHAnsi" w:hAnsiTheme="majorHAnsi" w:cstheme="majorHAnsi"/>
          <w:sz w:val="24"/>
          <w:szCs w:val="24"/>
        </w:rPr>
        <w:t>Library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Hospital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Fire station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Post office</w:t>
      </w:r>
      <w:r w:rsidRPr="0028762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D4239EA" w14:textId="77777777" w:rsidR="00E56151" w:rsidRPr="00287624" w:rsidRDefault="00E56151" w:rsidP="00E56151">
      <w:pPr>
        <w:numPr>
          <w:ilvl w:val="0"/>
          <w:numId w:val="4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You read books at the library.</w:t>
      </w:r>
    </w:p>
    <w:p w14:paraId="50B4BC9E" w14:textId="77777777" w:rsidR="00E56151" w:rsidRPr="00287624" w:rsidRDefault="00E56151" w:rsidP="00E56151">
      <w:pPr>
        <w:numPr>
          <w:ilvl w:val="0"/>
          <w:numId w:val="4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Firefighters help in an emergency.</w:t>
      </w:r>
    </w:p>
    <w:p w14:paraId="40B4E7D8" w14:textId="77777777" w:rsidR="00E56151" w:rsidRPr="00287624" w:rsidRDefault="00E56151" w:rsidP="00E56151">
      <w:pPr>
        <w:numPr>
          <w:ilvl w:val="0"/>
          <w:numId w:val="4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Sick people go to the hospital.</w:t>
      </w:r>
    </w:p>
    <w:p w14:paraId="772F1944" w14:textId="77777777" w:rsidR="00E56151" w:rsidRPr="00E6559B" w:rsidRDefault="00E56151" w:rsidP="00E56151">
      <w:pPr>
        <w:spacing w:after="0"/>
        <w:rPr>
          <w:rFonts w:asciiTheme="majorHAnsi" w:hAnsiTheme="majorHAnsi" w:cstheme="majorHAnsi"/>
          <w:i/>
          <w:i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use the library the most. I borrow</w:t>
      </w:r>
      <w:r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books and use the computer. It helps me learn new things.</w:t>
      </w:r>
    </w:p>
    <w:p w14:paraId="64E930B3" w14:textId="196397A1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0FE2B8D" w14:textId="55FC39B9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287624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Public Services in the Community</w:t>
      </w:r>
    </w:p>
    <w:p w14:paraId="11D9A8FA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66342FBF" w14:textId="77777777" w:rsidR="00E56151" w:rsidRPr="00287624" w:rsidRDefault="00E56151" w:rsidP="00E56151">
      <w:pPr>
        <w:numPr>
          <w:ilvl w:val="0"/>
          <w:numId w:val="4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Library, post office, hospital</w:t>
      </w:r>
    </w:p>
    <w:p w14:paraId="7B18A3AD" w14:textId="77777777" w:rsidR="00E56151" w:rsidRPr="00287624" w:rsidRDefault="00E56151" w:rsidP="00E56151">
      <w:pPr>
        <w:numPr>
          <w:ilvl w:val="0"/>
          <w:numId w:val="4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People can take classes, exercise, or meet friends.</w:t>
      </w:r>
    </w:p>
    <w:p w14:paraId="7B4C1643" w14:textId="77777777" w:rsidR="00E56151" w:rsidRPr="00287624" w:rsidRDefault="00E56151" w:rsidP="00E56151">
      <w:pPr>
        <w:numPr>
          <w:ilvl w:val="0"/>
          <w:numId w:val="4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A fire station responds to emergencies and keeps people safe.</w:t>
      </w:r>
    </w:p>
    <w:p w14:paraId="30FEF044" w14:textId="77777777" w:rsidR="00E56151" w:rsidRPr="00287624" w:rsidRDefault="00E56151" w:rsidP="00E56151">
      <w:pPr>
        <w:numPr>
          <w:ilvl w:val="0"/>
          <w:numId w:val="4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Public services help people and support the community.</w:t>
      </w:r>
    </w:p>
    <w:p w14:paraId="3F543825" w14:textId="7C716874" w:rsidR="00E56151" w:rsidRPr="00287624" w:rsidRDefault="00E56151" w:rsidP="00E56151">
      <w:pPr>
        <w:numPr>
          <w:ilvl w:val="0"/>
          <w:numId w:val="4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 xml:space="preserve"> Library</w:t>
      </w:r>
      <w:r w:rsidRPr="00287624">
        <w:rPr>
          <w:rFonts w:asciiTheme="majorHAnsi" w:hAnsiTheme="majorHAnsi" w:cstheme="majorHAnsi"/>
          <w:sz w:val="24"/>
          <w:szCs w:val="24"/>
        </w:rPr>
        <w:t xml:space="preserve">, </w:t>
      </w:r>
      <w:r w:rsidRPr="00287624">
        <w:rPr>
          <w:rFonts w:asciiTheme="majorHAnsi" w:hAnsiTheme="majorHAnsi" w:cstheme="majorHAnsi"/>
          <w:sz w:val="24"/>
          <w:szCs w:val="24"/>
        </w:rPr>
        <w:t>hospital</w:t>
      </w:r>
      <w:r w:rsidRPr="00287624">
        <w:rPr>
          <w:rFonts w:asciiTheme="majorHAnsi" w:hAnsiTheme="majorHAnsi" w:cstheme="majorHAnsi"/>
          <w:sz w:val="24"/>
          <w:szCs w:val="24"/>
        </w:rPr>
        <w:t xml:space="preserve"> or</w:t>
      </w:r>
      <w:r w:rsidRPr="00287624">
        <w:rPr>
          <w:rFonts w:asciiTheme="majorHAnsi" w:hAnsiTheme="majorHAnsi" w:cstheme="majorHAnsi"/>
          <w:sz w:val="24"/>
          <w:szCs w:val="24"/>
        </w:rPr>
        <w:t xml:space="preserve"> post office</w:t>
      </w:r>
    </w:p>
    <w:p w14:paraId="1CFABC4F" w14:textId="77777777" w:rsidR="00E56151" w:rsidRPr="00E6559B" w:rsidRDefault="00E56151" w:rsidP="00E56151">
      <w:pPr>
        <w:spacing w:after="0"/>
        <w:rPr>
          <w:rFonts w:asciiTheme="majorHAnsi" w:hAnsiTheme="majorHAnsi" w:cstheme="majorHAnsi"/>
          <w:i/>
          <w:i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use the library in my town. I borrow books and use the computer. It helps me learn and find information. The library is helpful for many people.</w:t>
      </w:r>
    </w:p>
    <w:p w14:paraId="5A16E682" w14:textId="3CDB341C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B95F1D4" w14:textId="6A07006E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Our Community’s Public Services</w:t>
      </w:r>
    </w:p>
    <w:p w14:paraId="026B1B60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6205DEAE" w14:textId="77777777" w:rsidR="00E56151" w:rsidRPr="00287624" w:rsidRDefault="00E56151" w:rsidP="00E56151">
      <w:pPr>
        <w:numPr>
          <w:ilvl w:val="0"/>
          <w:numId w:val="4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Library, post office, fire station, hospital</w:t>
      </w:r>
    </w:p>
    <w:p w14:paraId="163CAAE2" w14:textId="77777777" w:rsidR="00E56151" w:rsidRPr="00287624" w:rsidRDefault="00E56151" w:rsidP="00E56151">
      <w:pPr>
        <w:numPr>
          <w:ilvl w:val="0"/>
          <w:numId w:val="4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Libraries provide computers, programs, and study spaces.</w:t>
      </w:r>
    </w:p>
    <w:p w14:paraId="30745946" w14:textId="77777777" w:rsidR="00E56151" w:rsidRPr="00287624" w:rsidRDefault="00E56151" w:rsidP="00E56151">
      <w:pPr>
        <w:numPr>
          <w:ilvl w:val="0"/>
          <w:numId w:val="4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They respond to emergencies and keep people safe.</w:t>
      </w:r>
    </w:p>
    <w:p w14:paraId="7A919C9B" w14:textId="77777777" w:rsidR="00E56151" w:rsidRPr="00287624" w:rsidRDefault="00E56151" w:rsidP="00E56151">
      <w:pPr>
        <w:numPr>
          <w:ilvl w:val="0"/>
          <w:numId w:val="4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Community centres offer programs and help people connect.</w:t>
      </w:r>
    </w:p>
    <w:p w14:paraId="3F31DFC5" w14:textId="3A8FF478" w:rsidR="00E56151" w:rsidRPr="00287624" w:rsidRDefault="00E56151" w:rsidP="00E56151">
      <w:pPr>
        <w:numPr>
          <w:ilvl w:val="0"/>
          <w:numId w:val="4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 xml:space="preserve">Answer will vary e.g. </w:t>
      </w:r>
      <w:r w:rsidRPr="00287624">
        <w:rPr>
          <w:rFonts w:asciiTheme="majorHAnsi" w:hAnsiTheme="majorHAnsi" w:cstheme="majorHAnsi"/>
          <w:sz w:val="24"/>
          <w:szCs w:val="24"/>
        </w:rPr>
        <w:t xml:space="preserve"> A fire, medical emergency, or accident</w:t>
      </w:r>
    </w:p>
    <w:p w14:paraId="77624CF9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 xml:space="preserve">The hospital is an important public service in my town. Doctors and nurses help sick and injured people. Many residents use the hospital. It is </w:t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lastRenderedPageBreak/>
        <w:t>important because it keeps the community healthy.</w:t>
      </w:r>
    </w:p>
    <w:p w14:paraId="112FE672" w14:textId="3FA27ADB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5A84BCC" w14:textId="14646E4D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287624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Healthcare Services</w:t>
      </w:r>
    </w:p>
    <w:p w14:paraId="5470CDA4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068DE23A" w14:textId="77777777" w:rsidR="00E56151" w:rsidRPr="00287624" w:rsidRDefault="00E56151" w:rsidP="00E56151">
      <w:pPr>
        <w:numPr>
          <w:ilvl w:val="0"/>
          <w:numId w:val="4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People go to hospitals and clinics.</w:t>
      </w:r>
    </w:p>
    <w:p w14:paraId="0C2C6FCA" w14:textId="77777777" w:rsidR="00E56151" w:rsidRPr="00287624" w:rsidRDefault="00E56151" w:rsidP="00E56151">
      <w:pPr>
        <w:numPr>
          <w:ilvl w:val="0"/>
          <w:numId w:val="4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Doctors and nurses help people feel better.</w:t>
      </w:r>
    </w:p>
    <w:p w14:paraId="1FC94C03" w14:textId="77777777" w:rsidR="00E56151" w:rsidRPr="00287624" w:rsidRDefault="00E56151" w:rsidP="00E56151">
      <w:pPr>
        <w:numPr>
          <w:ilvl w:val="0"/>
          <w:numId w:val="4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Pharmacies sell medicine.</w:t>
      </w:r>
    </w:p>
    <w:p w14:paraId="0875C857" w14:textId="77777777" w:rsidR="00E56151" w:rsidRPr="00287624" w:rsidRDefault="00E56151" w:rsidP="00E56151">
      <w:pPr>
        <w:numPr>
          <w:ilvl w:val="0"/>
          <w:numId w:val="4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People go for check-ups to stay healthy.</w:t>
      </w:r>
    </w:p>
    <w:p w14:paraId="29935C64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went to a clinic before. The doctor checked me and gave me advice. It helped me feel better.</w:t>
      </w:r>
    </w:p>
    <w:p w14:paraId="154C374E" w14:textId="12905706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7F2700C" w14:textId="49F8A72F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287624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Healthcare Services in Northeastern Ontario</w:t>
      </w:r>
    </w:p>
    <w:p w14:paraId="1AC1457E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0393B10B" w14:textId="77777777" w:rsidR="00E56151" w:rsidRPr="00287624" w:rsidRDefault="00E56151" w:rsidP="00E56151">
      <w:pPr>
        <w:numPr>
          <w:ilvl w:val="0"/>
          <w:numId w:val="5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Hospitals, clinics, pharmacies</w:t>
      </w:r>
    </w:p>
    <w:p w14:paraId="53FBA44C" w14:textId="77777777" w:rsidR="00E56151" w:rsidRPr="00287624" w:rsidRDefault="00E56151" w:rsidP="00E56151">
      <w:pPr>
        <w:numPr>
          <w:ilvl w:val="0"/>
          <w:numId w:val="5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Doctors and nurses</w:t>
      </w:r>
    </w:p>
    <w:p w14:paraId="77DAE560" w14:textId="77777777" w:rsidR="00E56151" w:rsidRPr="00287624" w:rsidRDefault="00E56151" w:rsidP="00E56151">
      <w:pPr>
        <w:numPr>
          <w:ilvl w:val="0"/>
          <w:numId w:val="5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Medicine and health advice</w:t>
      </w:r>
    </w:p>
    <w:p w14:paraId="239E980D" w14:textId="77777777" w:rsidR="00E56151" w:rsidRPr="00287624" w:rsidRDefault="00E56151" w:rsidP="00E56151">
      <w:pPr>
        <w:numPr>
          <w:ilvl w:val="0"/>
          <w:numId w:val="5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Check-ups help prevent illness.</w:t>
      </w:r>
    </w:p>
    <w:p w14:paraId="163BEE16" w14:textId="77777777" w:rsidR="00E56151" w:rsidRPr="004D0E49" w:rsidRDefault="00E56151" w:rsidP="00E56151">
      <w:pPr>
        <w:numPr>
          <w:ilvl w:val="0"/>
          <w:numId w:val="5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Healthcare keeps people healthy and safe.</w:t>
      </w:r>
    </w:p>
    <w:p w14:paraId="142980C9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 went to the hospital when I was sick. The nurse checked me and the doctor helped me. The staff were kind and helpful.</w:t>
      </w:r>
    </w:p>
    <w:p w14:paraId="173E5ABD" w14:textId="46673A0D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E2BD595" w14:textId="04916719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287624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Healthcare for Residents of Northern Ontario</w:t>
      </w:r>
    </w:p>
    <w:p w14:paraId="02AD9591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584F8662" w14:textId="77777777" w:rsidR="00E56151" w:rsidRPr="00287624" w:rsidRDefault="00E56151" w:rsidP="00E56151">
      <w:pPr>
        <w:numPr>
          <w:ilvl w:val="0"/>
          <w:numId w:val="5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Hospitals, community clinics, pharmacies</w:t>
      </w:r>
    </w:p>
    <w:p w14:paraId="7DE34BF8" w14:textId="77777777" w:rsidR="00E56151" w:rsidRPr="00287624" w:rsidRDefault="00E56151" w:rsidP="00E56151">
      <w:pPr>
        <w:numPr>
          <w:ilvl w:val="0"/>
          <w:numId w:val="5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Check-ups, screenings, and vaccinations</w:t>
      </w:r>
    </w:p>
    <w:p w14:paraId="13E66F4B" w14:textId="77777777" w:rsidR="00E56151" w:rsidRPr="00287624" w:rsidRDefault="00E56151" w:rsidP="00E56151">
      <w:pPr>
        <w:numPr>
          <w:ilvl w:val="0"/>
          <w:numId w:val="5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They give advice on how to use medicine.</w:t>
      </w:r>
    </w:p>
    <w:p w14:paraId="0A485004" w14:textId="77777777" w:rsidR="00E56151" w:rsidRPr="00287624" w:rsidRDefault="00E56151" w:rsidP="00E56151">
      <w:pPr>
        <w:numPr>
          <w:ilvl w:val="0"/>
          <w:numId w:val="5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Treatment helps when you are sick. Preventive care helps stop illness before it starts.</w:t>
      </w:r>
    </w:p>
    <w:p w14:paraId="13324CAC" w14:textId="77777777" w:rsidR="00E56151" w:rsidRPr="00287624" w:rsidRDefault="00E56151" w:rsidP="00E56151">
      <w:pPr>
        <w:numPr>
          <w:ilvl w:val="0"/>
          <w:numId w:val="5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helps people stay healthy and safe.</w:t>
      </w:r>
    </w:p>
    <w:p w14:paraId="0BB42433" w14:textId="77777777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E6559B">
        <w:rPr>
          <w:rFonts w:asciiTheme="majorHAnsi" w:hAnsiTheme="majorHAnsi" w:cstheme="majorHAnsi"/>
          <w:i/>
          <w:iCs/>
          <w:sz w:val="24"/>
          <w:szCs w:val="24"/>
        </w:rPr>
        <w:t>If I am sick, I would go to a clinic or hospital. If I need medicine, I would go to the pharmacy. These services help me stay healthy and get better.</w:t>
      </w:r>
    </w:p>
    <w:p w14:paraId="18DD7778" w14:textId="279231C1" w:rsidR="00E56151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33D0041" w14:textId="29144A6F" w:rsidR="00E56151" w:rsidRPr="004D0E49" w:rsidRDefault="00E56151" w:rsidP="00E5615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</w:t>
      </w:r>
      <w:r w:rsidR="00287624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Library Card Application</w:t>
      </w:r>
    </w:p>
    <w:p w14:paraId="563F5FEE" w14:textId="77777777" w:rsidR="00E56151" w:rsidRPr="00287624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287624">
        <w:rPr>
          <w:rFonts w:asciiTheme="majorHAnsi" w:hAnsiTheme="majorHAnsi" w:cstheme="majorHAnsi"/>
          <w:sz w:val="24"/>
          <w:szCs w:val="24"/>
        </w:rPr>
        <w:t>This is a form-filling task.</w:t>
      </w:r>
    </w:p>
    <w:p w14:paraId="58500EA5" w14:textId="589F7C3C" w:rsidR="00E56151" w:rsidRPr="00287624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 xml:space="preserve"> Learner should:</w:t>
      </w:r>
    </w:p>
    <w:p w14:paraId="124EB0FA" w14:textId="27D4BE38" w:rsidR="00E56151" w:rsidRPr="00287624" w:rsidRDefault="00E56151" w:rsidP="00E56151">
      <w:pPr>
        <w:numPr>
          <w:ilvl w:val="0"/>
          <w:numId w:val="5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Fill in their name</w:t>
      </w:r>
      <w:r w:rsidR="00D22795" w:rsidRPr="00287624">
        <w:rPr>
          <w:rFonts w:asciiTheme="majorHAnsi" w:hAnsiTheme="majorHAnsi" w:cstheme="majorHAnsi"/>
          <w:sz w:val="24"/>
          <w:szCs w:val="24"/>
        </w:rPr>
        <w:t xml:space="preserve">, birthday, phone number, address, postal code, email address and check yes </w:t>
      </w:r>
    </w:p>
    <w:p w14:paraId="1D7D4EF1" w14:textId="5D0B0435" w:rsidR="00F84BA9" w:rsidRPr="004D0E49" w:rsidRDefault="00E56151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Marking Note:</w:t>
      </w:r>
      <w:r w:rsidRPr="004D0E49">
        <w:rPr>
          <w:rFonts w:asciiTheme="majorHAnsi" w:hAnsiTheme="majorHAnsi" w:cstheme="majorHAnsi"/>
          <w:sz w:val="24"/>
          <w:szCs w:val="24"/>
        </w:rPr>
        <w:br/>
        <w:t>Check for completion and correct use of personal information.</w:t>
      </w:r>
    </w:p>
    <w:p w14:paraId="65A44767" w14:textId="00C4D8CF" w:rsidR="00F84BA9" w:rsidRPr="004D0E49" w:rsidRDefault="004D0E49" w:rsidP="00F84BA9">
      <w:pPr>
        <w:pStyle w:val="Heading1"/>
        <w:rPr>
          <w:rFonts w:cstheme="majorHAnsi"/>
          <w:sz w:val="24"/>
          <w:szCs w:val="24"/>
        </w:rPr>
      </w:pPr>
      <w:r w:rsidRPr="004D0E49">
        <w:rPr>
          <w:rFonts w:cstheme="majorHAnsi"/>
          <w:sz w:val="24"/>
          <w:szCs w:val="24"/>
        </w:rPr>
        <w:t>Functional</w:t>
      </w:r>
      <w:r w:rsidR="00F84BA9" w:rsidRPr="004D0E49">
        <w:rPr>
          <w:rFonts w:cstheme="majorHAnsi"/>
          <w:sz w:val="24"/>
          <w:szCs w:val="24"/>
        </w:rPr>
        <w:t xml:space="preserve"> English – Lesson </w:t>
      </w:r>
      <w:r w:rsidR="00F84BA9" w:rsidRPr="004D0E49">
        <w:rPr>
          <w:rFonts w:cstheme="majorHAnsi"/>
          <w:sz w:val="24"/>
          <w:szCs w:val="24"/>
        </w:rPr>
        <w:t>6</w:t>
      </w:r>
      <w:r w:rsidR="00F84BA9" w:rsidRPr="004D0E49">
        <w:rPr>
          <w:rFonts w:cstheme="majorHAnsi"/>
          <w:sz w:val="24"/>
          <w:szCs w:val="24"/>
        </w:rPr>
        <w:t xml:space="preserve"> Homework</w:t>
      </w:r>
      <w:r w:rsidR="00F84BA9" w:rsidRPr="004D0E49">
        <w:rPr>
          <w:rFonts w:cstheme="majorHAnsi"/>
          <w:sz w:val="24"/>
          <w:szCs w:val="24"/>
        </w:rPr>
        <w:br/>
        <w:t>Answer Key &amp; Sample Responses</w:t>
      </w:r>
    </w:p>
    <w:p w14:paraId="17B3BE9D" w14:textId="77777777" w:rsidR="00F84BA9" w:rsidRPr="004D0E49" w:rsidRDefault="00F84BA9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E5B1D03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1: Independent Assignment – Emotions</w:t>
      </w:r>
    </w:p>
    <w:p w14:paraId="3658FC8F" w14:textId="138B217E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287624">
        <w:rPr>
          <w:rFonts w:asciiTheme="majorHAnsi" w:hAnsiTheme="majorHAnsi" w:cstheme="majorHAnsi"/>
          <w:sz w:val="24"/>
          <w:szCs w:val="24"/>
        </w:rPr>
        <w:t>This is an observation and writing task. There is no single correct answer.</w:t>
      </w:r>
      <w:r w:rsidR="00287624" w:rsidRPr="00287624">
        <w:rPr>
          <w:rFonts w:asciiTheme="majorHAnsi" w:hAnsiTheme="majorHAnsi" w:cstheme="majorHAnsi"/>
          <w:sz w:val="24"/>
          <w:szCs w:val="24"/>
        </w:rPr>
        <w:t xml:space="preserve"> </w:t>
      </w:r>
      <w:r w:rsidRPr="00287624">
        <w:rPr>
          <w:rFonts w:asciiTheme="majorHAnsi" w:hAnsiTheme="majorHAnsi" w:cstheme="majorHAnsi"/>
          <w:sz w:val="24"/>
          <w:szCs w:val="24"/>
        </w:rPr>
        <w:t xml:space="preserve"> Learner should provide five different examples</w:t>
      </w:r>
      <w:r w:rsidR="00287624" w:rsidRPr="00287624">
        <w:rPr>
          <w:rFonts w:asciiTheme="majorHAnsi" w:hAnsiTheme="majorHAnsi" w:cstheme="majorHAnsi"/>
          <w:sz w:val="24"/>
          <w:szCs w:val="24"/>
        </w:rPr>
        <w:t>.</w:t>
      </w:r>
    </w:p>
    <w:p w14:paraId="0EDDC4E1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lastRenderedPageBreak/>
        <w:t>Acceptable example answers:</w:t>
      </w:r>
    </w:p>
    <w:p w14:paraId="6CD6B7CA" w14:textId="77777777" w:rsidR="00F84BA9" w:rsidRPr="004D0E49" w:rsidRDefault="00F84BA9" w:rsidP="00F84BA9">
      <w:pPr>
        <w:spacing w:after="0"/>
        <w:ind w:left="72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Person: my co-worker</w:t>
      </w:r>
      <w:r w:rsidRPr="004D0E49">
        <w:rPr>
          <w:rFonts w:asciiTheme="majorHAnsi" w:hAnsiTheme="majorHAnsi" w:cstheme="majorHAnsi"/>
          <w:sz w:val="24"/>
          <w:szCs w:val="24"/>
        </w:rPr>
        <w:br/>
        <w:t>Emotion: happy</w:t>
      </w:r>
      <w:r w:rsidRPr="004D0E49">
        <w:rPr>
          <w:rFonts w:asciiTheme="majorHAnsi" w:hAnsiTheme="majorHAnsi" w:cstheme="majorHAnsi"/>
          <w:sz w:val="24"/>
          <w:szCs w:val="24"/>
        </w:rPr>
        <w:br/>
        <w:t>Reason: they finished work early</w:t>
      </w:r>
    </w:p>
    <w:p w14:paraId="2AE2D1ED" w14:textId="612C7135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A9C3069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2: Math Practice – Buying Clothes on Sale</w:t>
      </w:r>
    </w:p>
    <w:p w14:paraId="34FA18A4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79902603" w14:textId="77777777" w:rsidR="00F84BA9" w:rsidRPr="004D0E49" w:rsidRDefault="00F84BA9" w:rsidP="00F84BA9">
      <w:pPr>
        <w:numPr>
          <w:ilvl w:val="0"/>
          <w:numId w:val="5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Blue t-shirt savings: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$5.00</w:t>
      </w:r>
      <w:r w:rsidRPr="004D0E49">
        <w:rPr>
          <w:rFonts w:asciiTheme="majorHAnsi" w:hAnsiTheme="majorHAnsi" w:cstheme="majorHAnsi"/>
          <w:sz w:val="24"/>
          <w:szCs w:val="24"/>
        </w:rPr>
        <w:t xml:space="preserve"> ($20 − $15)</w:t>
      </w:r>
    </w:p>
    <w:p w14:paraId="2A0F4A83" w14:textId="77777777" w:rsidR="00F84BA9" w:rsidRPr="004D0E49" w:rsidRDefault="00F84BA9" w:rsidP="00F84BA9">
      <w:pPr>
        <w:numPr>
          <w:ilvl w:val="0"/>
          <w:numId w:val="5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Red and green on sale: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$42.00</w:t>
      </w:r>
      <w:r w:rsidRPr="004D0E49">
        <w:rPr>
          <w:rFonts w:asciiTheme="majorHAnsi" w:hAnsiTheme="majorHAnsi" w:cstheme="majorHAnsi"/>
          <w:sz w:val="24"/>
          <w:szCs w:val="24"/>
        </w:rPr>
        <w:t xml:space="preserve"> ($20 + $22)</w:t>
      </w:r>
    </w:p>
    <w:p w14:paraId="27AA3C2A" w14:textId="77777777" w:rsidR="00F84BA9" w:rsidRPr="004D0E49" w:rsidRDefault="00F84BA9" w:rsidP="00F84BA9">
      <w:pPr>
        <w:numPr>
          <w:ilvl w:val="0"/>
          <w:numId w:val="5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Green t-shirt</w:t>
      </w:r>
      <w:r w:rsidRPr="004D0E49">
        <w:rPr>
          <w:rFonts w:asciiTheme="majorHAnsi" w:hAnsiTheme="majorHAnsi" w:cstheme="majorHAnsi"/>
          <w:sz w:val="24"/>
          <w:szCs w:val="24"/>
        </w:rPr>
        <w:t xml:space="preserve"> has the biggest discount ($8)</w:t>
      </w:r>
    </w:p>
    <w:p w14:paraId="48D2D00E" w14:textId="77777777" w:rsidR="00F84BA9" w:rsidRPr="004D0E49" w:rsidRDefault="00F84BA9" w:rsidP="00F84BA9">
      <w:pPr>
        <w:numPr>
          <w:ilvl w:val="0"/>
          <w:numId w:val="5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Change from $50.00: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$8.00</w:t>
      </w:r>
    </w:p>
    <w:p w14:paraId="10193162" w14:textId="6202BD3A" w:rsidR="00F84BA9" w:rsidRPr="004D0E49" w:rsidRDefault="00F84BA9" w:rsidP="00F84BA9">
      <w:pPr>
        <w:numPr>
          <w:ilvl w:val="0"/>
          <w:numId w:val="5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Example change:</w:t>
      </w:r>
      <w:r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Pr="004D0E49">
        <w:rPr>
          <w:rFonts w:asciiTheme="majorHAnsi" w:hAnsiTheme="majorHAnsi" w:cstheme="majorHAnsi"/>
          <w:sz w:val="24"/>
          <w:szCs w:val="24"/>
        </w:rPr>
        <w:t>$5 bill</w:t>
      </w:r>
      <w:r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$2 coin</w:t>
      </w:r>
      <w:r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$1 coin</w:t>
      </w:r>
    </w:p>
    <w:p w14:paraId="31884369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538EDF92" w14:textId="1E2250E9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B23C85F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3: Math Practice – Making Change</w:t>
      </w:r>
    </w:p>
    <w:p w14:paraId="16CAA04F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 (examples):</w:t>
      </w:r>
    </w:p>
    <w:p w14:paraId="74669561" w14:textId="78650404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$35.20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$10 bill, $5 bill, 1 dime, 1 dime</w:t>
      </w:r>
    </w:p>
    <w:p w14:paraId="54BE9148" w14:textId="793BB13C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$27.65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$5 bill, $2 coin, 2 quarters, 1 dime, 1 nickel</w:t>
      </w:r>
    </w:p>
    <w:p w14:paraId="5FD02AFD" w14:textId="0EFDF677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$19.85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$5 bill, $2 coin, $2 coin, 3 quarters, 1 dime</w:t>
      </w:r>
    </w:p>
    <w:p w14:paraId="448F4D77" w14:textId="6262D06D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$14.80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$2 coin, $2 coin, 3 quarters, 1 nickel</w:t>
      </w:r>
    </w:p>
    <w:p w14:paraId="17912072" w14:textId="3B34EEE0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$48.60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$20 bill, $5 bill, $2 coin, $1 coin, 2 quarters, 1 dime</w:t>
      </w:r>
    </w:p>
    <w:p w14:paraId="677C1667" w14:textId="67882967" w:rsidR="00F84BA9" w:rsidRPr="004D0E49" w:rsidRDefault="00F84BA9" w:rsidP="00F84BA9">
      <w:pPr>
        <w:numPr>
          <w:ilvl w:val="0"/>
          <w:numId w:val="5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$76.35</w:t>
      </w:r>
      <w:r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$50 bill, $20 bill, $5 bill, $1 coin, 1 quarter, 1 dime</w:t>
      </w:r>
    </w:p>
    <w:p w14:paraId="1E7451F9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6F798E27" w14:textId="6DA93632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54F6010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4: Fun Outdoors</w:t>
      </w:r>
    </w:p>
    <w:p w14:paraId="7124FCE2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33065759" w14:textId="2AEF9857" w:rsidR="00F84BA9" w:rsidRPr="00287624" w:rsidRDefault="00F84BA9" w:rsidP="00F84BA9">
      <w:pPr>
        <w:numPr>
          <w:ilvl w:val="0"/>
          <w:numId w:val="5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Fishing, hiking, camping</w:t>
      </w:r>
      <w:r w:rsidRPr="00287624">
        <w:rPr>
          <w:rFonts w:asciiTheme="majorHAnsi" w:hAnsiTheme="majorHAnsi" w:cstheme="majorHAnsi"/>
          <w:sz w:val="24"/>
          <w:szCs w:val="24"/>
        </w:rPr>
        <w:t xml:space="preserve"> – any 2</w:t>
      </w:r>
    </w:p>
    <w:p w14:paraId="1551C4E1" w14:textId="687AF0A0" w:rsidR="00F84BA9" w:rsidRPr="00287624" w:rsidRDefault="00F84BA9" w:rsidP="00F84BA9">
      <w:pPr>
        <w:numPr>
          <w:ilvl w:val="0"/>
          <w:numId w:val="5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Snowmobiling, skating, skiing</w:t>
      </w:r>
      <w:r w:rsidRPr="00287624">
        <w:rPr>
          <w:rFonts w:asciiTheme="majorHAnsi" w:hAnsiTheme="majorHAnsi" w:cstheme="majorHAnsi"/>
          <w:sz w:val="24"/>
          <w:szCs w:val="24"/>
        </w:rPr>
        <w:t xml:space="preserve"> – any 2</w:t>
      </w:r>
    </w:p>
    <w:p w14:paraId="7CFAB384" w14:textId="77777777" w:rsidR="00F84BA9" w:rsidRPr="00287624" w:rsidRDefault="00F84BA9" w:rsidP="00F84BA9">
      <w:pPr>
        <w:numPr>
          <w:ilvl w:val="0"/>
          <w:numId w:val="5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Outdoor activities are fun and keep people healthy.</w:t>
      </w:r>
    </w:p>
    <w:p w14:paraId="38C5CF9B" w14:textId="77777777" w:rsidR="00F84BA9" w:rsidRPr="00287624" w:rsidRDefault="00F84BA9" w:rsidP="00F84BA9">
      <w:pPr>
        <w:numPr>
          <w:ilvl w:val="0"/>
          <w:numId w:val="57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Example: a tent, food, sleeping bag</w:t>
      </w:r>
    </w:p>
    <w:p w14:paraId="4D750B8E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7BA4281" w14:textId="4F6E16FF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like fishing the most. I enjoy being near the water and relaxing outside.</w:t>
      </w:r>
    </w:p>
    <w:p w14:paraId="5F96167E" w14:textId="1E49150A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BE9D27E" w14:textId="5568C7E6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E16D95" w:rsidRPr="004D0E49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Outdoor Recreation in Northeastern Ontario</w:t>
      </w:r>
    </w:p>
    <w:p w14:paraId="743CE2C5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5ED485D8" w14:textId="77777777" w:rsidR="00F84BA9" w:rsidRPr="00287624" w:rsidRDefault="00F84BA9" w:rsidP="00F84BA9">
      <w:pPr>
        <w:numPr>
          <w:ilvl w:val="0"/>
          <w:numId w:val="5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Fishing, hiking, camping</w:t>
      </w:r>
    </w:p>
    <w:p w14:paraId="1A1F8710" w14:textId="77777777" w:rsidR="00F84BA9" w:rsidRPr="00287624" w:rsidRDefault="00F84BA9" w:rsidP="00F84BA9">
      <w:pPr>
        <w:numPr>
          <w:ilvl w:val="0"/>
          <w:numId w:val="5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Snowmobiling, skating, skiing</w:t>
      </w:r>
    </w:p>
    <w:p w14:paraId="468D3140" w14:textId="77777777" w:rsidR="00F84BA9" w:rsidRPr="00287624" w:rsidRDefault="00F84BA9" w:rsidP="00F84BA9">
      <w:pPr>
        <w:numPr>
          <w:ilvl w:val="0"/>
          <w:numId w:val="5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Outdoor recreation helps people stay active and healthy.</w:t>
      </w:r>
    </w:p>
    <w:p w14:paraId="31A7462F" w14:textId="77777777" w:rsidR="00F84BA9" w:rsidRPr="00287624" w:rsidRDefault="00F84BA9" w:rsidP="00F84BA9">
      <w:pPr>
        <w:numPr>
          <w:ilvl w:val="0"/>
          <w:numId w:val="5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People can enjoy activities in parks and on trails.</w:t>
      </w:r>
    </w:p>
    <w:p w14:paraId="793C3C0F" w14:textId="77777777" w:rsidR="00F84BA9" w:rsidRPr="00287624" w:rsidRDefault="00F84BA9" w:rsidP="00F84BA9">
      <w:pPr>
        <w:numPr>
          <w:ilvl w:val="0"/>
          <w:numId w:val="5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helps prevent accidents and protect nature.</w:t>
      </w:r>
    </w:p>
    <w:p w14:paraId="16D8F420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My favourite outdoor activity is hiking. I go on trails near my town. I hike with my family. It helps me relax and stay healthy.</w:t>
      </w:r>
    </w:p>
    <w:p w14:paraId="1C1A4007" w14:textId="4F0DF6B6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616FC33" w14:textId="6A21B89F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0B505C" w:rsidRPr="004D0E49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Local Recreation and Outdoor Activities in Northeastern Ontario</w:t>
      </w:r>
    </w:p>
    <w:p w14:paraId="2AD5F816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  <w:t>1.</w:t>
      </w:r>
    </w:p>
    <w:p w14:paraId="6D9B2960" w14:textId="77777777" w:rsidR="00F84BA9" w:rsidRPr="004D0E49" w:rsidRDefault="00F84BA9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Summer: hiking, fishing, canoeing, camping</w:t>
      </w:r>
    </w:p>
    <w:p w14:paraId="748F295B" w14:textId="77777777" w:rsidR="00F84BA9" w:rsidRPr="00287624" w:rsidRDefault="00F84BA9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lastRenderedPageBreak/>
        <w:t xml:space="preserve">Winter: </w:t>
      </w:r>
      <w:r w:rsidRPr="00287624">
        <w:rPr>
          <w:rFonts w:asciiTheme="majorHAnsi" w:hAnsiTheme="majorHAnsi" w:cstheme="majorHAnsi"/>
          <w:sz w:val="24"/>
          <w:szCs w:val="24"/>
        </w:rPr>
        <w:t>snowmobiling, skating, skiing, snowshoeing</w:t>
      </w:r>
    </w:p>
    <w:p w14:paraId="33326E0A" w14:textId="77777777" w:rsidR="00F84BA9" w:rsidRPr="00287624" w:rsidRDefault="00F84BA9" w:rsidP="00F84BA9">
      <w:pPr>
        <w:numPr>
          <w:ilvl w:val="0"/>
          <w:numId w:val="6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improves physical health and mental well-being.</w:t>
      </w:r>
    </w:p>
    <w:p w14:paraId="30B4315A" w14:textId="77777777" w:rsidR="00F84BA9" w:rsidRPr="00287624" w:rsidRDefault="00F84BA9" w:rsidP="00F84BA9">
      <w:pPr>
        <w:numPr>
          <w:ilvl w:val="0"/>
          <w:numId w:val="6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They provide safe and accessible places.</w:t>
      </w:r>
    </w:p>
    <w:p w14:paraId="0BD61A9F" w14:textId="77777777" w:rsidR="00F84BA9" w:rsidRPr="00287624" w:rsidRDefault="00F84BA9" w:rsidP="00F84BA9">
      <w:pPr>
        <w:numPr>
          <w:ilvl w:val="0"/>
          <w:numId w:val="6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They teach people to respect nature and wildlife.</w:t>
      </w:r>
    </w:p>
    <w:p w14:paraId="2FC7FFD5" w14:textId="77777777" w:rsidR="00F84BA9" w:rsidRPr="00287624" w:rsidRDefault="00F84BA9" w:rsidP="00F84BA9">
      <w:pPr>
        <w:numPr>
          <w:ilvl w:val="0"/>
          <w:numId w:val="6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Recreational activities are for fun. Competitive sports focus on winning and competition.</w:t>
      </w:r>
    </w:p>
    <w:p w14:paraId="26AE5F74" w14:textId="77777777" w:rsidR="00F84BA9" w:rsidRPr="00287624" w:rsidRDefault="00F84BA9" w:rsidP="00F84BA9">
      <w:pPr>
        <w:numPr>
          <w:ilvl w:val="0"/>
          <w:numId w:val="6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helps families spend time together and stay healthy.</w:t>
      </w:r>
    </w:p>
    <w:p w14:paraId="0A90AD26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like to try snowshoeing in winter. I would need warm clothes and snowshoes. I would go on a trail with friends. It would be fun and good exercise.</w:t>
      </w:r>
    </w:p>
    <w:p w14:paraId="6B4F53A2" w14:textId="6B1960C3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D485CF8" w14:textId="6F38FFC8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0B505C" w:rsidRPr="004D0E49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Wild Animals</w:t>
      </w:r>
    </w:p>
    <w:p w14:paraId="3C237E52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38B1DCAB" w14:textId="6DD7BAB9" w:rsidR="00F84BA9" w:rsidRPr="00287624" w:rsidRDefault="00F84BA9" w:rsidP="00F84BA9">
      <w:pPr>
        <w:numPr>
          <w:ilvl w:val="0"/>
          <w:numId w:val="6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Moose, </w:t>
      </w:r>
      <w:r w:rsidRPr="00287624">
        <w:rPr>
          <w:rFonts w:asciiTheme="majorHAnsi" w:hAnsiTheme="majorHAnsi" w:cstheme="majorHAnsi"/>
          <w:sz w:val="24"/>
          <w:szCs w:val="24"/>
        </w:rPr>
        <w:t>bear, deer</w:t>
      </w:r>
      <w:r w:rsidR="00E16D95" w:rsidRPr="00287624">
        <w:rPr>
          <w:rFonts w:asciiTheme="majorHAnsi" w:hAnsiTheme="majorHAnsi" w:cstheme="majorHAnsi"/>
          <w:sz w:val="24"/>
          <w:szCs w:val="24"/>
        </w:rPr>
        <w:t xml:space="preserve"> – any 2</w:t>
      </w:r>
    </w:p>
    <w:p w14:paraId="1A6B4D89" w14:textId="77777777" w:rsidR="00F84BA9" w:rsidRPr="00287624" w:rsidRDefault="00F84BA9" w:rsidP="00F84BA9">
      <w:pPr>
        <w:numPr>
          <w:ilvl w:val="0"/>
          <w:numId w:val="6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Birds live in trees and near lakes.</w:t>
      </w:r>
    </w:p>
    <w:p w14:paraId="218A4A34" w14:textId="77777777" w:rsidR="00F84BA9" w:rsidRPr="00287624" w:rsidRDefault="00F84BA9" w:rsidP="00F84BA9">
      <w:pPr>
        <w:numPr>
          <w:ilvl w:val="0"/>
          <w:numId w:val="6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Wild animals can be dangerous.</w:t>
      </w:r>
    </w:p>
    <w:p w14:paraId="514D60AA" w14:textId="77777777" w:rsidR="00F84BA9" w:rsidRPr="00287624" w:rsidRDefault="00F84BA9" w:rsidP="00F84BA9">
      <w:pPr>
        <w:numPr>
          <w:ilvl w:val="0"/>
          <w:numId w:val="6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Moose</w:t>
      </w:r>
    </w:p>
    <w:p w14:paraId="2082474E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like to see a moose. It is a large and interesting animal.</w:t>
      </w:r>
    </w:p>
    <w:p w14:paraId="40F6443E" w14:textId="082334C9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2A4CE3F" w14:textId="38ECD6AB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0B505C" w:rsidRPr="004D0E49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Wildlife in Northeastern Ontario</w:t>
      </w:r>
    </w:p>
    <w:p w14:paraId="47892AEA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74403FA7" w14:textId="77777777" w:rsidR="00F84BA9" w:rsidRPr="00287624" w:rsidRDefault="00F84BA9" w:rsidP="00F84BA9">
      <w:pPr>
        <w:numPr>
          <w:ilvl w:val="0"/>
          <w:numId w:val="6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Moose</w:t>
      </w:r>
      <w:r w:rsidRPr="00287624">
        <w:rPr>
          <w:rFonts w:asciiTheme="majorHAnsi" w:hAnsiTheme="majorHAnsi" w:cstheme="majorHAnsi"/>
          <w:sz w:val="24"/>
          <w:szCs w:val="24"/>
        </w:rPr>
        <w:t>, deer, black bears</w:t>
      </w:r>
    </w:p>
    <w:p w14:paraId="5FD6D20B" w14:textId="46B0C3D0" w:rsidR="00F84BA9" w:rsidRPr="00287624" w:rsidRDefault="00E16D95" w:rsidP="00F84BA9">
      <w:pPr>
        <w:numPr>
          <w:ilvl w:val="0"/>
          <w:numId w:val="6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Nests</w:t>
      </w:r>
    </w:p>
    <w:p w14:paraId="4F44CAE2" w14:textId="77777777" w:rsidR="00F84BA9" w:rsidRPr="00287624" w:rsidRDefault="00F84BA9" w:rsidP="00F84BA9">
      <w:pPr>
        <w:numPr>
          <w:ilvl w:val="0"/>
          <w:numId w:val="6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Trout and pike</w:t>
      </w:r>
    </w:p>
    <w:p w14:paraId="1D28269B" w14:textId="77777777" w:rsidR="00F84BA9" w:rsidRPr="00287624" w:rsidRDefault="00F84BA9" w:rsidP="00F84BA9">
      <w:pPr>
        <w:numPr>
          <w:ilvl w:val="0"/>
          <w:numId w:val="6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To stay safe and avoid danger</w:t>
      </w:r>
    </w:p>
    <w:p w14:paraId="285DCE5E" w14:textId="77777777" w:rsidR="00F84BA9" w:rsidRPr="00287624" w:rsidRDefault="00F84BA9" w:rsidP="00F84BA9">
      <w:pPr>
        <w:numPr>
          <w:ilvl w:val="0"/>
          <w:numId w:val="6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helps people enjoy nature safely.</w:t>
      </w:r>
    </w:p>
    <w:p w14:paraId="31C2BF9F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A bear lives in the forest. It looks for food like berries and fish. Bears are interesting but people should stay far away.</w:t>
      </w:r>
    </w:p>
    <w:p w14:paraId="173DF794" w14:textId="4424A418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F4FA0D0" w14:textId="02BFF8CE" w:rsidR="00F84BA9" w:rsidRPr="004D0E49" w:rsidRDefault="00F84BA9" w:rsidP="00F84BA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0B505C" w:rsidRPr="004D0E49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Northeastern Ontario Wildlife</w:t>
      </w:r>
    </w:p>
    <w:p w14:paraId="6CD9204E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  <w:t>1.</w:t>
      </w:r>
    </w:p>
    <w:p w14:paraId="60B93AE2" w14:textId="77777777" w:rsidR="00F84BA9" w:rsidRPr="004D0E49" w:rsidRDefault="00F84BA9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Land animals: moose, bear, deer, fox</w:t>
      </w:r>
    </w:p>
    <w:p w14:paraId="3D14D555" w14:textId="77777777" w:rsidR="00F84BA9" w:rsidRPr="00287624" w:rsidRDefault="00F84BA9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Fish: trout, pike</w:t>
      </w:r>
    </w:p>
    <w:p w14:paraId="6348E090" w14:textId="77777777" w:rsidR="00F84BA9" w:rsidRPr="00287624" w:rsidRDefault="00F84BA9" w:rsidP="00F84BA9">
      <w:pPr>
        <w:numPr>
          <w:ilvl w:val="0"/>
          <w:numId w:val="6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Feeding animals is dangerous and changes their behavior.</w:t>
      </w:r>
    </w:p>
    <w:p w14:paraId="7DDBE779" w14:textId="77777777" w:rsidR="00F84BA9" w:rsidRPr="00287624" w:rsidRDefault="00F84BA9" w:rsidP="00F84BA9">
      <w:pPr>
        <w:numPr>
          <w:ilvl w:val="0"/>
          <w:numId w:val="6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It helps people stay safe and respect wildlife.</w:t>
      </w:r>
    </w:p>
    <w:p w14:paraId="784C1420" w14:textId="77777777" w:rsidR="00F84BA9" w:rsidRPr="00287624" w:rsidRDefault="00F84BA9" w:rsidP="00F84BA9">
      <w:pPr>
        <w:numPr>
          <w:ilvl w:val="0"/>
          <w:numId w:val="6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Birds live in trees and near lakes. Moose live in forests.</w:t>
      </w:r>
    </w:p>
    <w:p w14:paraId="19AD038B" w14:textId="77777777" w:rsidR="00F84BA9" w:rsidRPr="00287624" w:rsidRDefault="00F84BA9" w:rsidP="00F84BA9">
      <w:pPr>
        <w:numPr>
          <w:ilvl w:val="0"/>
          <w:numId w:val="6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Conservation helps protect animals and habitats.</w:t>
      </w:r>
    </w:p>
    <w:p w14:paraId="1D6D9EF9" w14:textId="77777777" w:rsidR="00F84BA9" w:rsidRPr="00287624" w:rsidRDefault="00F84BA9" w:rsidP="00F84BA9">
      <w:pPr>
        <w:numPr>
          <w:ilvl w:val="0"/>
          <w:numId w:val="6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Recreational fishing is for fun. Commercial </w:t>
      </w:r>
      <w:r w:rsidRPr="00287624">
        <w:rPr>
          <w:rFonts w:asciiTheme="majorHAnsi" w:hAnsiTheme="majorHAnsi" w:cstheme="majorHAnsi"/>
          <w:sz w:val="24"/>
          <w:szCs w:val="24"/>
        </w:rPr>
        <w:t>fishing is for selling fish.</w:t>
      </w:r>
    </w:p>
    <w:p w14:paraId="11788822" w14:textId="77777777" w:rsidR="00F84BA9" w:rsidRPr="004D0E49" w:rsidRDefault="00F84BA9" w:rsidP="00F84BA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A moose lives in the forest near lakes. It eats plants and leaves. People should keep a safe distance from moose. This helps keep people and animals safe.</w:t>
      </w:r>
    </w:p>
    <w:p w14:paraId="5B3CBE51" w14:textId="77777777" w:rsidR="000B505C" w:rsidRPr="004D0E49" w:rsidRDefault="000B505C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51630B3" w14:textId="13AFCD21" w:rsidR="000B505C" w:rsidRPr="004D0E49" w:rsidRDefault="004D0E49" w:rsidP="000B505C">
      <w:pPr>
        <w:pStyle w:val="Heading1"/>
        <w:rPr>
          <w:rFonts w:cstheme="majorHAnsi"/>
          <w:sz w:val="24"/>
          <w:szCs w:val="24"/>
        </w:rPr>
      </w:pPr>
      <w:r w:rsidRPr="004D0E49">
        <w:rPr>
          <w:rFonts w:cstheme="majorHAnsi"/>
          <w:sz w:val="24"/>
          <w:szCs w:val="24"/>
        </w:rPr>
        <w:t>Functional</w:t>
      </w:r>
      <w:r w:rsidR="000B505C" w:rsidRPr="004D0E49">
        <w:rPr>
          <w:rFonts w:cstheme="majorHAnsi"/>
          <w:sz w:val="24"/>
          <w:szCs w:val="24"/>
        </w:rPr>
        <w:t xml:space="preserve"> English – Lesson </w:t>
      </w:r>
      <w:r w:rsidR="000B505C" w:rsidRPr="004D0E49">
        <w:rPr>
          <w:rFonts w:cstheme="majorHAnsi"/>
          <w:sz w:val="24"/>
          <w:szCs w:val="24"/>
        </w:rPr>
        <w:t>7</w:t>
      </w:r>
      <w:r w:rsidR="000B505C" w:rsidRPr="004D0E49">
        <w:rPr>
          <w:rFonts w:cstheme="majorHAnsi"/>
          <w:sz w:val="24"/>
          <w:szCs w:val="24"/>
        </w:rPr>
        <w:t xml:space="preserve"> Homework</w:t>
      </w:r>
      <w:r w:rsidR="000B505C" w:rsidRPr="004D0E49">
        <w:rPr>
          <w:rFonts w:cstheme="majorHAnsi"/>
          <w:sz w:val="24"/>
          <w:szCs w:val="24"/>
        </w:rPr>
        <w:br/>
        <w:t>Answer Key &amp; Sample Responses</w:t>
      </w:r>
    </w:p>
    <w:p w14:paraId="64ECA22B" w14:textId="77777777" w:rsidR="000B505C" w:rsidRPr="004D0E49" w:rsidRDefault="000B505C" w:rsidP="00E5615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D936325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1: Independent Assignment – Rooms and Objects</w:t>
      </w:r>
    </w:p>
    <w:p w14:paraId="4A4F6845" w14:textId="77777777" w:rsidR="00E16D95" w:rsidRPr="00287624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lastRenderedPageBreak/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287624">
        <w:rPr>
          <w:rFonts w:asciiTheme="majorHAnsi" w:hAnsiTheme="majorHAnsi" w:cstheme="majorHAnsi"/>
          <w:sz w:val="24"/>
          <w:szCs w:val="24"/>
        </w:rPr>
        <w:t>This is an observation task. There is no single correct answer.</w:t>
      </w:r>
    </w:p>
    <w:p w14:paraId="635FF336" w14:textId="484242FC" w:rsidR="00E16D95" w:rsidRPr="00287624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Learner should:</w:t>
      </w:r>
    </w:p>
    <w:p w14:paraId="730237C7" w14:textId="77777777" w:rsidR="00E16D95" w:rsidRPr="00287624" w:rsidRDefault="00E16D95" w:rsidP="00E16D95">
      <w:pPr>
        <w:numPr>
          <w:ilvl w:val="0"/>
          <w:numId w:val="6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Choose three rooms</w:t>
      </w:r>
    </w:p>
    <w:p w14:paraId="3722D357" w14:textId="77777777" w:rsidR="00E16D95" w:rsidRPr="00287624" w:rsidRDefault="00E16D95" w:rsidP="00E16D95">
      <w:pPr>
        <w:numPr>
          <w:ilvl w:val="0"/>
          <w:numId w:val="6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287624">
        <w:rPr>
          <w:rFonts w:asciiTheme="majorHAnsi" w:hAnsiTheme="majorHAnsi" w:cstheme="majorHAnsi"/>
          <w:sz w:val="24"/>
          <w:szCs w:val="24"/>
        </w:rPr>
        <w:t>List five objects that belong in each room</w:t>
      </w:r>
    </w:p>
    <w:p w14:paraId="4E1288CC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Acceptable example answers:</w:t>
      </w:r>
    </w:p>
    <w:p w14:paraId="3816CBEF" w14:textId="77777777" w:rsidR="00E16D95" w:rsidRPr="004D0E49" w:rsidRDefault="00E16D95" w:rsidP="000B505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Room:</w:t>
      </w:r>
      <w:r w:rsidRPr="004D0E49">
        <w:rPr>
          <w:rFonts w:asciiTheme="majorHAnsi" w:hAnsiTheme="majorHAnsi" w:cstheme="majorHAnsi"/>
          <w:sz w:val="24"/>
          <w:szCs w:val="24"/>
        </w:rPr>
        <w:t xml:space="preserve"> Kitchen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Objects:</w:t>
      </w:r>
      <w:r w:rsidRPr="004D0E49">
        <w:rPr>
          <w:rFonts w:asciiTheme="majorHAnsi" w:hAnsiTheme="majorHAnsi" w:cstheme="majorHAnsi"/>
          <w:sz w:val="24"/>
          <w:szCs w:val="24"/>
        </w:rPr>
        <w:t xml:space="preserve"> stove, fridge, table, chair, sink</w:t>
      </w:r>
    </w:p>
    <w:p w14:paraId="14E4189B" w14:textId="3110880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D90A9FC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2: Rooms in a House</w:t>
      </w:r>
    </w:p>
    <w:p w14:paraId="01D5DA74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  <w:t>Correct labels may include (depending on image):</w:t>
      </w:r>
    </w:p>
    <w:p w14:paraId="3972D569" w14:textId="77777777" w:rsidR="000B505C" w:rsidRPr="004D0E49" w:rsidRDefault="000B505C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Left column from top down: Living Room, Kitchen, Dining Room, Laundry Room</w:t>
      </w:r>
    </w:p>
    <w:p w14:paraId="298875F9" w14:textId="50279F13" w:rsidR="00E16D95" w:rsidRPr="004D0E49" w:rsidRDefault="000B505C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Right side from top down: Bathroom, Home Office, Bedroom, Stairs, Basement</w:t>
      </w:r>
    </w:p>
    <w:p w14:paraId="73229FD4" w14:textId="1B0E876D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25A8812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3: The Classroom</w:t>
      </w:r>
    </w:p>
    <w:p w14:paraId="35A46CDE" w14:textId="3694B29F" w:rsidR="000B505C" w:rsidRPr="004D0E49" w:rsidRDefault="00E16D95" w:rsidP="000B505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="000B505C" w:rsidRPr="004D0E49">
        <w:rPr>
          <w:rFonts w:asciiTheme="majorHAnsi" w:hAnsiTheme="majorHAnsi" w:cstheme="majorHAnsi"/>
          <w:sz w:val="24"/>
          <w:szCs w:val="24"/>
        </w:rPr>
        <w:t>Correct labels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="000B505C" w:rsidRPr="004D0E49">
        <w:rPr>
          <w:rFonts w:asciiTheme="majorHAnsi" w:hAnsiTheme="majorHAnsi" w:cstheme="majorHAnsi"/>
          <w:sz w:val="24"/>
          <w:szCs w:val="24"/>
        </w:rPr>
        <w:t>include:</w:t>
      </w:r>
    </w:p>
    <w:p w14:paraId="1B194DC8" w14:textId="20A75907" w:rsidR="000B505C" w:rsidRPr="004D0E49" w:rsidRDefault="000B505C" w:rsidP="000B505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Left column from top down: </w:t>
      </w:r>
      <w:r w:rsidRPr="004D0E49">
        <w:rPr>
          <w:rFonts w:asciiTheme="majorHAnsi" w:hAnsiTheme="majorHAnsi" w:cstheme="majorHAnsi"/>
          <w:sz w:val="24"/>
          <w:szCs w:val="24"/>
        </w:rPr>
        <w:t>Clock, Flag, Bookshelf, Pencils, Desk, Chair</w:t>
      </w:r>
    </w:p>
    <w:p w14:paraId="6518ADE5" w14:textId="5E0985C2" w:rsidR="000B505C" w:rsidRPr="004D0E49" w:rsidRDefault="000B505C" w:rsidP="000B505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Right side from top down: </w:t>
      </w:r>
      <w:r w:rsidRPr="004D0E49">
        <w:rPr>
          <w:rFonts w:asciiTheme="majorHAnsi" w:hAnsiTheme="majorHAnsi" w:cstheme="majorHAnsi"/>
          <w:sz w:val="24"/>
          <w:szCs w:val="24"/>
        </w:rPr>
        <w:t>Blackboard, Laptop, Photocopier, Scissors, Table</w:t>
      </w:r>
    </w:p>
    <w:p w14:paraId="39EF5594" w14:textId="2E5D5C43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DB2E755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4: Math Practice – Fuel Costs</w:t>
      </w:r>
    </w:p>
    <w:p w14:paraId="4361762E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0CFF956F" w14:textId="6C4ED4F2" w:rsidR="00E16D95" w:rsidRPr="004D0E49" w:rsidRDefault="00E16D95" w:rsidP="00E16D95">
      <w:pPr>
        <w:numPr>
          <w:ilvl w:val="0"/>
          <w:numId w:val="6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Station A: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$64.0</w:t>
      </w:r>
      <w:r w:rsidR="000B505C"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0 </w:t>
      </w:r>
      <w:r w:rsidRPr="004D0E49">
        <w:rPr>
          <w:rFonts w:asciiTheme="majorHAnsi" w:hAnsiTheme="majorHAnsi" w:cstheme="majorHAnsi"/>
          <w:sz w:val="24"/>
          <w:szCs w:val="24"/>
        </w:rPr>
        <w:t>(40 L × $1.60)</w:t>
      </w:r>
    </w:p>
    <w:p w14:paraId="44148B2E" w14:textId="307266F2" w:rsidR="00E16D95" w:rsidRPr="004D0E49" w:rsidRDefault="00E16D95" w:rsidP="00E16D95">
      <w:pPr>
        <w:numPr>
          <w:ilvl w:val="0"/>
          <w:numId w:val="6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Station B: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$62.00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Pr="004D0E49">
        <w:rPr>
          <w:rFonts w:asciiTheme="majorHAnsi" w:hAnsiTheme="majorHAnsi" w:cstheme="majorHAnsi"/>
          <w:sz w:val="24"/>
          <w:szCs w:val="24"/>
        </w:rPr>
        <w:t>(40 L × $1.55)</w:t>
      </w:r>
    </w:p>
    <w:p w14:paraId="632C44F7" w14:textId="77777777" w:rsidR="00E16D95" w:rsidRPr="004D0E49" w:rsidRDefault="00E16D95" w:rsidP="00E16D95">
      <w:pPr>
        <w:numPr>
          <w:ilvl w:val="0"/>
          <w:numId w:val="6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Savings at Station B: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$2.00</w:t>
      </w:r>
    </w:p>
    <w:p w14:paraId="345EAF18" w14:textId="77777777" w:rsidR="00E16D95" w:rsidRPr="004D0E49" w:rsidRDefault="00E16D95" w:rsidP="00E16D95">
      <w:pPr>
        <w:numPr>
          <w:ilvl w:val="0"/>
          <w:numId w:val="6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Change from $70.00: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$8.00</w:t>
      </w:r>
    </w:p>
    <w:p w14:paraId="4CE65C6D" w14:textId="3AFEA69A" w:rsidR="00E16D95" w:rsidRPr="004D0E49" w:rsidRDefault="00E16D95" w:rsidP="000B505C">
      <w:pPr>
        <w:numPr>
          <w:ilvl w:val="0"/>
          <w:numId w:val="6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Example change: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Pr="004D0E49">
        <w:rPr>
          <w:rFonts w:asciiTheme="majorHAnsi" w:hAnsiTheme="majorHAnsi" w:cstheme="majorHAnsi"/>
          <w:sz w:val="24"/>
          <w:szCs w:val="24"/>
        </w:rPr>
        <w:t>$5 bill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$2 coin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, </w:t>
      </w:r>
      <w:r w:rsidRPr="004D0E49">
        <w:rPr>
          <w:rFonts w:asciiTheme="majorHAnsi" w:hAnsiTheme="majorHAnsi" w:cstheme="majorHAnsi"/>
          <w:sz w:val="24"/>
          <w:szCs w:val="24"/>
        </w:rPr>
        <w:t>$1 coin</w:t>
      </w:r>
    </w:p>
    <w:p w14:paraId="3C74AA0C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62AC7024" w14:textId="564A3B1C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C56F07E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5: Math Practice – Making Change</w:t>
      </w:r>
    </w:p>
    <w:p w14:paraId="7E54DC53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 (examples):</w:t>
      </w:r>
    </w:p>
    <w:p w14:paraId="337B1299" w14:textId="1C4B3E8A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$12.60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$10 bill, $2 coin, 2 quarters, 1 dime</w:t>
      </w:r>
    </w:p>
    <w:p w14:paraId="7CF60960" w14:textId="4FF43D02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$24.75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$2 coin,</w:t>
      </w:r>
      <w:r w:rsidR="003B2659" w:rsidRPr="004D0E49">
        <w:rPr>
          <w:rFonts w:asciiTheme="majorHAnsi" w:hAnsiTheme="majorHAnsi" w:cstheme="majorHAnsi"/>
          <w:sz w:val="24"/>
          <w:szCs w:val="24"/>
        </w:rPr>
        <w:t xml:space="preserve"> $2 coin,</w:t>
      </w:r>
      <w:r w:rsidRPr="004D0E49">
        <w:rPr>
          <w:rFonts w:asciiTheme="majorHAnsi" w:hAnsiTheme="majorHAnsi" w:cstheme="majorHAnsi"/>
          <w:sz w:val="24"/>
          <w:szCs w:val="24"/>
        </w:rPr>
        <w:t xml:space="preserve"> </w:t>
      </w:r>
      <w:r w:rsidR="003B2659" w:rsidRPr="004D0E49">
        <w:rPr>
          <w:rFonts w:asciiTheme="majorHAnsi" w:hAnsiTheme="majorHAnsi" w:cstheme="majorHAnsi"/>
          <w:sz w:val="24"/>
          <w:szCs w:val="24"/>
        </w:rPr>
        <w:t>3</w:t>
      </w:r>
      <w:r w:rsidRPr="004D0E49">
        <w:rPr>
          <w:rFonts w:asciiTheme="majorHAnsi" w:hAnsiTheme="majorHAnsi" w:cstheme="majorHAnsi"/>
          <w:sz w:val="24"/>
          <w:szCs w:val="24"/>
        </w:rPr>
        <w:t xml:space="preserve"> quarters</w:t>
      </w:r>
    </w:p>
    <w:p w14:paraId="7ED729CE" w14:textId="6A88F212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$22.35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$2 coin, 1 quarter, 1 dime</w:t>
      </w:r>
    </w:p>
    <w:p w14:paraId="00F6CBDE" w14:textId="11E09D8D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$37.30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$10 bill, $5 bill, $2 coin, 1 quarter, 1 nickel</w:t>
      </w:r>
    </w:p>
    <w:p w14:paraId="39B1A75B" w14:textId="00192092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$41.05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$20 bill, $1 coin, 1 nickel</w:t>
      </w:r>
    </w:p>
    <w:p w14:paraId="713B15E5" w14:textId="16229EBD" w:rsidR="00E16D95" w:rsidRPr="004D0E49" w:rsidRDefault="00E16D95" w:rsidP="000B505C">
      <w:pPr>
        <w:numPr>
          <w:ilvl w:val="0"/>
          <w:numId w:val="7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$46.90</w:t>
      </w:r>
      <w:r w:rsidR="000B505C" w:rsidRPr="004D0E49">
        <w:rPr>
          <w:rFonts w:asciiTheme="majorHAnsi" w:hAnsiTheme="majorHAnsi" w:cstheme="majorHAnsi"/>
          <w:sz w:val="24"/>
          <w:szCs w:val="24"/>
        </w:rPr>
        <w:t xml:space="preserve"> - </w:t>
      </w:r>
      <w:r w:rsidRPr="004D0E49">
        <w:rPr>
          <w:rFonts w:asciiTheme="majorHAnsi" w:hAnsiTheme="majorHAnsi" w:cstheme="majorHAnsi"/>
          <w:sz w:val="24"/>
          <w:szCs w:val="24"/>
        </w:rPr>
        <w:t>$20 bill, $20 bill, $5 bill, $1 coin, 3 quarters, 1 dime, 1 nickel</w:t>
      </w:r>
    </w:p>
    <w:p w14:paraId="02C3F399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(Other correct combinations accepted)</w:t>
      </w:r>
    </w:p>
    <w:p w14:paraId="3264DC5F" w14:textId="67D55841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266ED4C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6: Seasons in the North</w:t>
      </w:r>
    </w:p>
    <w:p w14:paraId="21AA63B6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20C01490" w14:textId="77777777" w:rsidR="00E16D95" w:rsidRPr="00E6559B" w:rsidRDefault="00E16D95" w:rsidP="00E16D95">
      <w:pPr>
        <w:numPr>
          <w:ilvl w:val="0"/>
          <w:numId w:val="7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There are four seasons.</w:t>
      </w:r>
    </w:p>
    <w:p w14:paraId="03E18AD1" w14:textId="77777777" w:rsidR="00E16D95" w:rsidRPr="00E6559B" w:rsidRDefault="00E16D95" w:rsidP="00E16D95">
      <w:pPr>
        <w:numPr>
          <w:ilvl w:val="0"/>
          <w:numId w:val="7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Winter is cold and snowy.</w:t>
      </w:r>
    </w:p>
    <w:p w14:paraId="7E9737BB" w14:textId="77777777" w:rsidR="00E16D95" w:rsidRPr="00E6559B" w:rsidRDefault="00E16D95" w:rsidP="00E16D95">
      <w:pPr>
        <w:numPr>
          <w:ilvl w:val="0"/>
          <w:numId w:val="7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People swim and go camping in summer.</w:t>
      </w:r>
    </w:p>
    <w:p w14:paraId="0A420FE6" w14:textId="77777777" w:rsidR="00E16D95" w:rsidRPr="00E6559B" w:rsidRDefault="00E16D95" w:rsidP="00E16D95">
      <w:pPr>
        <w:numPr>
          <w:ilvl w:val="0"/>
          <w:numId w:val="7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Fall has leaves changing colour.</w:t>
      </w:r>
    </w:p>
    <w:p w14:paraId="2368B3E9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My favourite season is summer. It is warm and sunny. I like going camping.</w:t>
      </w:r>
    </w:p>
    <w:p w14:paraId="02CAC4D2" w14:textId="7EA7B058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7ED513B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7: Seasons in Northeastern Ontario</w:t>
      </w:r>
    </w:p>
    <w:p w14:paraId="26520CF8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34C849FB" w14:textId="77777777" w:rsidR="00E16D95" w:rsidRPr="00E6559B" w:rsidRDefault="00E16D95" w:rsidP="00E16D95">
      <w:pPr>
        <w:numPr>
          <w:ilvl w:val="0"/>
          <w:numId w:val="7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Winter, </w:t>
      </w:r>
      <w:r w:rsidRPr="00E6559B">
        <w:rPr>
          <w:rFonts w:asciiTheme="majorHAnsi" w:hAnsiTheme="majorHAnsi" w:cstheme="majorHAnsi"/>
          <w:sz w:val="24"/>
          <w:szCs w:val="24"/>
        </w:rPr>
        <w:t>spring, summer, fall</w:t>
      </w:r>
    </w:p>
    <w:p w14:paraId="02CAEB65" w14:textId="77777777" w:rsidR="00E16D95" w:rsidRPr="00E6559B" w:rsidRDefault="00E16D95" w:rsidP="00E16D95">
      <w:pPr>
        <w:numPr>
          <w:ilvl w:val="0"/>
          <w:numId w:val="7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Example: I would like to try skiing because it looks fun.</w:t>
      </w:r>
    </w:p>
    <w:p w14:paraId="3DB52090" w14:textId="77777777" w:rsidR="00E16D95" w:rsidRPr="00E6559B" w:rsidRDefault="00E16D95" w:rsidP="00E16D95">
      <w:pPr>
        <w:numPr>
          <w:ilvl w:val="0"/>
          <w:numId w:val="7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lastRenderedPageBreak/>
        <w:t>Spring brings rain and helps plants grow.</w:t>
      </w:r>
    </w:p>
    <w:p w14:paraId="68AF07DC" w14:textId="77777777" w:rsidR="00E16D95" w:rsidRPr="00E6559B" w:rsidRDefault="00E16D95" w:rsidP="00E16D95">
      <w:pPr>
        <w:numPr>
          <w:ilvl w:val="0"/>
          <w:numId w:val="7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Leaves turn red, yellow, and orange.</w:t>
      </w:r>
    </w:p>
    <w:p w14:paraId="1DCD61B5" w14:textId="77777777" w:rsidR="00E16D95" w:rsidRPr="00E6559B" w:rsidRDefault="00E16D95" w:rsidP="00E16D95">
      <w:pPr>
        <w:numPr>
          <w:ilvl w:val="0"/>
          <w:numId w:val="7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E6559B">
        <w:rPr>
          <w:rFonts w:asciiTheme="majorHAnsi" w:hAnsiTheme="majorHAnsi" w:cstheme="majorHAnsi"/>
          <w:sz w:val="24"/>
          <w:szCs w:val="24"/>
        </w:rPr>
        <w:t>Summer is best for swimming.</w:t>
      </w:r>
    </w:p>
    <w:p w14:paraId="6B2A2DF9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My favourite season is winter. I like skating and snowmobiling. I enjoy the snow and cold weather.</w:t>
      </w:r>
    </w:p>
    <w:p w14:paraId="4C32A5C3" w14:textId="02250E0B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E0E10DE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8: The Four Seasons of Northeastern Ontario</w:t>
      </w:r>
    </w:p>
    <w:p w14:paraId="0CA9E520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6CC7B33F" w14:textId="77777777" w:rsidR="00E16D95" w:rsidRPr="004D0E49" w:rsidRDefault="00E16D95" w:rsidP="00E16D95">
      <w:pPr>
        <w:numPr>
          <w:ilvl w:val="0"/>
          <w:numId w:val="7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Spring melts snow and helps plants grow.</w:t>
      </w:r>
    </w:p>
    <w:p w14:paraId="443461AF" w14:textId="77777777" w:rsidR="00E16D95" w:rsidRPr="004D0E49" w:rsidRDefault="00E16D95" w:rsidP="00E16D95">
      <w:pPr>
        <w:numPr>
          <w:ilvl w:val="0"/>
          <w:numId w:val="7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Tourism is busy because there are many activities in both seasons.</w:t>
      </w:r>
    </w:p>
    <w:p w14:paraId="289462B3" w14:textId="37D5344D" w:rsidR="00E16D95" w:rsidRPr="004D0E49" w:rsidRDefault="003B2659" w:rsidP="00E16D95">
      <w:pPr>
        <w:numPr>
          <w:ilvl w:val="0"/>
          <w:numId w:val="7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Fall is cool and crisp.</w:t>
      </w:r>
    </w:p>
    <w:p w14:paraId="5F9B249F" w14:textId="77777777" w:rsidR="00E16D95" w:rsidRPr="004D0E49" w:rsidRDefault="00E16D95" w:rsidP="00E16D95">
      <w:pPr>
        <w:numPr>
          <w:ilvl w:val="0"/>
          <w:numId w:val="7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Summer, because the weather is warm for boating.</w:t>
      </w:r>
    </w:p>
    <w:p w14:paraId="5DD8DF6C" w14:textId="77777777" w:rsidR="00E16D95" w:rsidRPr="004D0E49" w:rsidRDefault="00E16D95" w:rsidP="00E16D95">
      <w:pPr>
        <w:numPr>
          <w:ilvl w:val="0"/>
          <w:numId w:val="7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Seasons affect activities, work, and daily life.</w:t>
      </w:r>
    </w:p>
    <w:p w14:paraId="64000F25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My least favourite season is winter. It is very cold and snowy. I do not like driving in winter weather.</w:t>
      </w:r>
    </w:p>
    <w:p w14:paraId="7151E145" w14:textId="0944394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D3C044E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9: Recycling</w:t>
      </w:r>
    </w:p>
    <w:p w14:paraId="327E2870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2CE20D28" w14:textId="1331DFE5" w:rsidR="00E16D95" w:rsidRPr="004D0E49" w:rsidRDefault="00E16D95" w:rsidP="00E16D95">
      <w:pPr>
        <w:numPr>
          <w:ilvl w:val="0"/>
          <w:numId w:val="7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Paper, plastic, cans</w:t>
      </w:r>
      <w:r w:rsidR="003B2659" w:rsidRPr="004D0E49">
        <w:rPr>
          <w:rFonts w:asciiTheme="majorHAnsi" w:hAnsiTheme="majorHAnsi" w:cstheme="majorHAnsi"/>
          <w:sz w:val="24"/>
          <w:szCs w:val="24"/>
        </w:rPr>
        <w:t xml:space="preserve"> – any 2</w:t>
      </w:r>
    </w:p>
    <w:p w14:paraId="771F8168" w14:textId="77777777" w:rsidR="00E16D95" w:rsidRPr="004D0E49" w:rsidRDefault="00E16D95" w:rsidP="00E16D95">
      <w:pPr>
        <w:numPr>
          <w:ilvl w:val="0"/>
          <w:numId w:val="7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Trash goes in the garbage.</w:t>
      </w:r>
    </w:p>
    <w:p w14:paraId="0EB476BC" w14:textId="77777777" w:rsidR="00E16D95" w:rsidRPr="004D0E49" w:rsidRDefault="00E16D95" w:rsidP="00E16D95">
      <w:pPr>
        <w:numPr>
          <w:ilvl w:val="0"/>
          <w:numId w:val="7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Recycling helps the Earth and keeps places clean.</w:t>
      </w:r>
    </w:p>
    <w:p w14:paraId="3C3BB8D4" w14:textId="77777777" w:rsidR="00E16D95" w:rsidRPr="004D0E49" w:rsidRDefault="00E16D95" w:rsidP="00E16D95">
      <w:pPr>
        <w:numPr>
          <w:ilvl w:val="0"/>
          <w:numId w:val="7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 bin is used to hold recycling or garbage.</w:t>
      </w:r>
    </w:p>
    <w:p w14:paraId="5A2E6F23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At home, I recycle paper and plastic. I put them in the recycling bin.</w:t>
      </w:r>
    </w:p>
    <w:p w14:paraId="426A6E8D" w14:textId="7B67203E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81FF317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10: Recycling and Waste Disposal</w:t>
      </w:r>
    </w:p>
    <w:p w14:paraId="4CBD60FE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183ECD7D" w14:textId="7C2D0936" w:rsidR="00E16D95" w:rsidRPr="004D0E49" w:rsidRDefault="00E16D95" w:rsidP="00E16D95">
      <w:pPr>
        <w:numPr>
          <w:ilvl w:val="0"/>
          <w:numId w:val="7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Paper, plastic, metal, glass</w:t>
      </w:r>
      <w:r w:rsidR="003B2659" w:rsidRPr="004D0E4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C5DE663" w14:textId="77777777" w:rsidR="00E16D95" w:rsidRPr="004D0E49" w:rsidRDefault="00E16D95" w:rsidP="00E16D95">
      <w:pPr>
        <w:numPr>
          <w:ilvl w:val="0"/>
          <w:numId w:val="7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Batteries and electronics go to special drop-off locations.</w:t>
      </w:r>
    </w:p>
    <w:p w14:paraId="795C43B8" w14:textId="77777777" w:rsidR="00E16D95" w:rsidRPr="004D0E49" w:rsidRDefault="00E16D95" w:rsidP="00E16D95">
      <w:pPr>
        <w:numPr>
          <w:ilvl w:val="0"/>
          <w:numId w:val="7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Recycling reduces pollution and saves resources.</w:t>
      </w:r>
    </w:p>
    <w:p w14:paraId="639EEF4A" w14:textId="77777777" w:rsidR="00E16D95" w:rsidRPr="004D0E49" w:rsidRDefault="00E16D95" w:rsidP="00E16D95">
      <w:pPr>
        <w:numPr>
          <w:ilvl w:val="0"/>
          <w:numId w:val="7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Sorting waste helps recycling work properly.</w:t>
      </w:r>
    </w:p>
    <w:p w14:paraId="634ED70D" w14:textId="77777777" w:rsidR="00E16D95" w:rsidRPr="004D0E49" w:rsidRDefault="00E16D95" w:rsidP="00E16D95">
      <w:pPr>
        <w:numPr>
          <w:ilvl w:val="0"/>
          <w:numId w:val="7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helps keep the community clean.</w:t>
      </w:r>
    </w:p>
    <w:p w14:paraId="629D0083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At home, I sort paper and plastic into recycling bins. Other waste goes in the garbage. Recycling is important because it helps the environment.</w:t>
      </w:r>
    </w:p>
    <w:p w14:paraId="3C2985EB" w14:textId="66C762F6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0036A88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Question 11: Recycling and Waste Disposal in Northeastern Ontario</w:t>
      </w:r>
    </w:p>
    <w:p w14:paraId="3E1A94EF" w14:textId="77777777" w:rsidR="00E16D95" w:rsidRPr="004D0E49" w:rsidRDefault="00E16D95" w:rsidP="00E16D9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1CD07123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Paper, cardboard, plastic, metal, glass</w:t>
      </w:r>
    </w:p>
    <w:p w14:paraId="03911D2A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Batteries, electronics, hazardous waste</w:t>
      </w:r>
    </w:p>
    <w:p w14:paraId="711898BD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uses fewer natural resources.</w:t>
      </w:r>
    </w:p>
    <w:p w14:paraId="57A88B9C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protects animals, water, and land.</w:t>
      </w:r>
    </w:p>
    <w:p w14:paraId="7800D0BC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keeps neighbourhoods clean.</w:t>
      </w:r>
    </w:p>
    <w:p w14:paraId="5254C02B" w14:textId="77777777" w:rsidR="00E16D95" w:rsidRPr="004D0E49" w:rsidRDefault="00E16D95" w:rsidP="00E16D95">
      <w:pPr>
        <w:numPr>
          <w:ilvl w:val="0"/>
          <w:numId w:val="7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Compost is food waste, recycling is reusable materials, and garbage is waste that cannot be reused.</w:t>
      </w:r>
    </w:p>
    <w:p w14:paraId="4D980E53" w14:textId="583E4C99" w:rsidR="00E16D95" w:rsidRPr="004D0E49" w:rsidRDefault="00E16D95" w:rsidP="00E5615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lastRenderedPageBreak/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In my community, people recycle paper, plastic, and glass. We put garbage in garbage bins and take batteries to a depot. Recycling is important because it keeps our town clean and protects nature.</w:t>
      </w:r>
    </w:p>
    <w:p w14:paraId="0E843F08" w14:textId="5706E068" w:rsidR="000B505C" w:rsidRPr="004D0E49" w:rsidRDefault="004D0E49" w:rsidP="000B505C">
      <w:pPr>
        <w:pStyle w:val="Heading1"/>
        <w:rPr>
          <w:rFonts w:cstheme="majorHAnsi"/>
          <w:sz w:val="24"/>
          <w:szCs w:val="24"/>
        </w:rPr>
      </w:pPr>
      <w:r w:rsidRPr="004D0E49">
        <w:rPr>
          <w:rFonts w:cstheme="majorHAnsi"/>
          <w:sz w:val="24"/>
          <w:szCs w:val="24"/>
        </w:rPr>
        <w:t>Functional</w:t>
      </w:r>
      <w:r w:rsidR="000B505C" w:rsidRPr="004D0E49">
        <w:rPr>
          <w:rFonts w:cstheme="majorHAnsi"/>
          <w:sz w:val="24"/>
          <w:szCs w:val="24"/>
        </w:rPr>
        <w:t xml:space="preserve"> English – Lesson </w:t>
      </w:r>
      <w:r w:rsidR="000B505C" w:rsidRPr="004D0E49">
        <w:rPr>
          <w:rFonts w:cstheme="majorHAnsi"/>
          <w:sz w:val="24"/>
          <w:szCs w:val="24"/>
        </w:rPr>
        <w:t>8</w:t>
      </w:r>
      <w:r w:rsidR="000B505C" w:rsidRPr="004D0E49">
        <w:rPr>
          <w:rFonts w:cstheme="majorHAnsi"/>
          <w:sz w:val="24"/>
          <w:szCs w:val="24"/>
        </w:rPr>
        <w:t xml:space="preserve"> Homework</w:t>
      </w:r>
      <w:r w:rsidR="000B505C" w:rsidRPr="004D0E49">
        <w:rPr>
          <w:rFonts w:cstheme="majorHAnsi"/>
          <w:sz w:val="24"/>
          <w:szCs w:val="24"/>
        </w:rPr>
        <w:br/>
        <w:t>Answer Key &amp; Sample Responses</w:t>
      </w:r>
    </w:p>
    <w:p w14:paraId="461BB217" w14:textId="7AB4A18E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F8C06FB" w14:textId="607BF83F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550F77" w:rsidRPr="004D0E49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Math Practice – Comparing Fast Food Prices</w:t>
      </w:r>
    </w:p>
    <w:p w14:paraId="29F490DE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26666BA4" w14:textId="77777777" w:rsidR="003B2659" w:rsidRPr="004D0E49" w:rsidRDefault="003B2659" w:rsidP="003B2659">
      <w:pPr>
        <w:numPr>
          <w:ilvl w:val="0"/>
          <w:numId w:val="7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Restaurant A total:</w:t>
      </w:r>
      <w:r w:rsidRPr="004D0E49">
        <w:rPr>
          <w:rFonts w:asciiTheme="majorHAnsi" w:hAnsiTheme="majorHAnsi" w:cstheme="majorHAnsi"/>
          <w:sz w:val="24"/>
          <w:szCs w:val="24"/>
        </w:rPr>
        <w:br/>
        <w:t xml:space="preserve">$5.50 + $2.50 + $1.50 =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$9.50</w:t>
      </w:r>
    </w:p>
    <w:p w14:paraId="423C47FF" w14:textId="77777777" w:rsidR="003B2659" w:rsidRPr="004D0E49" w:rsidRDefault="003B2659" w:rsidP="003B2659">
      <w:pPr>
        <w:numPr>
          <w:ilvl w:val="0"/>
          <w:numId w:val="7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Restaurant B total:</w:t>
      </w:r>
      <w:r w:rsidRPr="004D0E49">
        <w:rPr>
          <w:rFonts w:asciiTheme="majorHAnsi" w:hAnsiTheme="majorHAnsi" w:cstheme="majorHAnsi"/>
          <w:sz w:val="24"/>
          <w:szCs w:val="24"/>
        </w:rPr>
        <w:br/>
        <w:t xml:space="preserve">$6.00 + $2.00 + $1.20 =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$9.20</w:t>
      </w:r>
    </w:p>
    <w:p w14:paraId="1DA2DE2D" w14:textId="77777777" w:rsidR="003B2659" w:rsidRPr="004D0E49" w:rsidRDefault="003B2659" w:rsidP="003B2659">
      <w:pPr>
        <w:numPr>
          <w:ilvl w:val="0"/>
          <w:numId w:val="7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Restaurant B</w:t>
      </w:r>
      <w:r w:rsidRPr="004D0E49">
        <w:rPr>
          <w:rFonts w:asciiTheme="majorHAnsi" w:hAnsiTheme="majorHAnsi" w:cstheme="majorHAnsi"/>
          <w:sz w:val="24"/>
          <w:szCs w:val="24"/>
        </w:rPr>
        <w:t xml:space="preserve"> is cheaper.</w:t>
      </w:r>
    </w:p>
    <w:p w14:paraId="0C322457" w14:textId="77777777" w:rsidR="003B2659" w:rsidRPr="004D0E49" w:rsidRDefault="003B2659" w:rsidP="003B2659">
      <w:pPr>
        <w:numPr>
          <w:ilvl w:val="0"/>
          <w:numId w:val="7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$20.00 − $9.20 = 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$10.80</w:t>
      </w:r>
      <w:r w:rsidRPr="004D0E49">
        <w:rPr>
          <w:rFonts w:asciiTheme="majorHAnsi" w:hAnsiTheme="majorHAnsi" w:cstheme="majorHAnsi"/>
          <w:sz w:val="24"/>
          <w:szCs w:val="24"/>
        </w:rPr>
        <w:t xml:space="preserve"> change.</w:t>
      </w:r>
    </w:p>
    <w:p w14:paraId="7AA8D5B9" w14:textId="6D727410" w:rsidR="003B2659" w:rsidRPr="004D0E49" w:rsidRDefault="003B2659" w:rsidP="003B2659">
      <w:pPr>
        <w:numPr>
          <w:ilvl w:val="0"/>
          <w:numId w:val="78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Example: one $10 bill</w:t>
      </w:r>
      <w:r w:rsidR="00550F77" w:rsidRPr="004D0E49">
        <w:rPr>
          <w:rFonts w:asciiTheme="majorHAnsi" w:hAnsiTheme="majorHAnsi" w:cstheme="majorHAnsi"/>
          <w:sz w:val="24"/>
          <w:szCs w:val="24"/>
        </w:rPr>
        <w:t>,</w:t>
      </w:r>
      <w:r w:rsidRPr="004D0E49">
        <w:rPr>
          <w:rFonts w:asciiTheme="majorHAnsi" w:hAnsiTheme="majorHAnsi" w:cstheme="majorHAnsi"/>
          <w:sz w:val="24"/>
          <w:szCs w:val="24"/>
        </w:rPr>
        <w:t xml:space="preserve"> three quarters and one nickel.</w:t>
      </w:r>
    </w:p>
    <w:p w14:paraId="6375DC95" w14:textId="5ADB8093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B9C2595" w14:textId="65D21992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Math Practice – Making Change</w:t>
      </w:r>
    </w:p>
    <w:p w14:paraId="5F3B25A5" w14:textId="77777777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$15.30 = $10 bill, $5 bill, one quarter, one nickel</w:t>
      </w:r>
    </w:p>
    <w:p w14:paraId="7B200CDF" w14:textId="77777777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$8.80 = $5 bill, $2 coin, one loonie, three quarters, one nickel</w:t>
      </w:r>
    </w:p>
    <w:p w14:paraId="179AB05D" w14:textId="77777777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$18.35 = $10 bill, $5 bill, $2 coin, one loonie, one quarter, one dime</w:t>
      </w:r>
    </w:p>
    <w:p w14:paraId="246CA240" w14:textId="009C9797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$115.45 = </w:t>
      </w:r>
      <w:r w:rsidR="00550F77" w:rsidRPr="004D0E49">
        <w:rPr>
          <w:rFonts w:asciiTheme="majorHAnsi" w:hAnsiTheme="majorHAnsi" w:cstheme="majorHAnsi"/>
          <w:sz w:val="24"/>
          <w:szCs w:val="24"/>
        </w:rPr>
        <w:t>Two $50 bills</w:t>
      </w:r>
      <w:r w:rsidRPr="004D0E49">
        <w:rPr>
          <w:rFonts w:asciiTheme="majorHAnsi" w:hAnsiTheme="majorHAnsi" w:cstheme="majorHAnsi"/>
          <w:sz w:val="24"/>
          <w:szCs w:val="24"/>
        </w:rPr>
        <w:t>, $10 bill, $5 bill, one quarter, two dimes</w:t>
      </w:r>
    </w:p>
    <w:p w14:paraId="76992925" w14:textId="77777777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$60.65 = $50 bill, $10 bill, two quarters, one dime, one nickel</w:t>
      </w:r>
    </w:p>
    <w:p w14:paraId="6CCC5D9C" w14:textId="2717D7CA" w:rsidR="003B2659" w:rsidRPr="004D0E49" w:rsidRDefault="003B2659" w:rsidP="003B2659">
      <w:pPr>
        <w:numPr>
          <w:ilvl w:val="0"/>
          <w:numId w:val="79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$89.90 = $50 bill, $20 bill, $10 bill, $5 bill, four </w:t>
      </w:r>
      <w:r w:rsidR="00550F77" w:rsidRPr="004D0E49">
        <w:rPr>
          <w:rFonts w:asciiTheme="majorHAnsi" w:hAnsiTheme="majorHAnsi" w:cstheme="majorHAnsi"/>
          <w:sz w:val="24"/>
          <w:szCs w:val="24"/>
        </w:rPr>
        <w:t xml:space="preserve">$1 coins, two </w:t>
      </w:r>
      <w:r w:rsidRPr="004D0E49">
        <w:rPr>
          <w:rFonts w:asciiTheme="majorHAnsi" w:hAnsiTheme="majorHAnsi" w:cstheme="majorHAnsi"/>
          <w:sz w:val="24"/>
          <w:szCs w:val="24"/>
        </w:rPr>
        <w:t>quarters, four dimes</w:t>
      </w:r>
    </w:p>
    <w:p w14:paraId="77301C89" w14:textId="3F67DF62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BC39F25" w14:textId="2A0F9EA2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Finding a Job</w:t>
      </w:r>
    </w:p>
    <w:p w14:paraId="6ABD0D27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71AE92A4" w14:textId="77777777" w:rsidR="003B2659" w:rsidRPr="004D0E49" w:rsidRDefault="003B2659" w:rsidP="003B2659">
      <w:pPr>
        <w:numPr>
          <w:ilvl w:val="0"/>
          <w:numId w:val="8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People work in mines and stores.</w:t>
      </w:r>
    </w:p>
    <w:p w14:paraId="513C98FC" w14:textId="77777777" w:rsidR="003B2659" w:rsidRPr="004D0E49" w:rsidRDefault="003B2659" w:rsidP="003B2659">
      <w:pPr>
        <w:numPr>
          <w:ilvl w:val="0"/>
          <w:numId w:val="8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No, some jobs teach you on the job.</w:t>
      </w:r>
    </w:p>
    <w:p w14:paraId="1CC5DBAF" w14:textId="77777777" w:rsidR="003B2659" w:rsidRPr="004D0E49" w:rsidRDefault="003B2659" w:rsidP="003B2659">
      <w:pPr>
        <w:numPr>
          <w:ilvl w:val="0"/>
          <w:numId w:val="8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Job centres help people find work.</w:t>
      </w:r>
    </w:p>
    <w:p w14:paraId="6D897DC5" w14:textId="77777777" w:rsidR="003B2659" w:rsidRPr="004D0E49" w:rsidRDefault="003B2659" w:rsidP="003B2659">
      <w:pPr>
        <w:numPr>
          <w:ilvl w:val="0"/>
          <w:numId w:val="80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 cashier works in a store.</w:t>
      </w:r>
    </w:p>
    <w:p w14:paraId="4EAAED6B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like to work as a cashier. I like helping people and working with money.</w:t>
      </w:r>
    </w:p>
    <w:p w14:paraId="0E630FA5" w14:textId="0EF183AD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95BE464" w14:textId="7DF17710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Finding a Job in Northeastern Ontario</w:t>
      </w:r>
    </w:p>
    <w:p w14:paraId="255593B1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5F0FAC17" w14:textId="77777777" w:rsidR="003B2659" w:rsidRPr="004D0E49" w:rsidRDefault="003B2659" w:rsidP="003B2659">
      <w:pPr>
        <w:numPr>
          <w:ilvl w:val="0"/>
          <w:numId w:val="8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Mining, forestry, and stores.</w:t>
      </w:r>
    </w:p>
    <w:p w14:paraId="7749D06F" w14:textId="77777777" w:rsidR="003B2659" w:rsidRPr="004D0E49" w:rsidRDefault="003B2659" w:rsidP="003B2659">
      <w:pPr>
        <w:numPr>
          <w:ilvl w:val="0"/>
          <w:numId w:val="8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People learn skills at school or on the job.</w:t>
      </w:r>
    </w:p>
    <w:p w14:paraId="65CE299C" w14:textId="77777777" w:rsidR="003B2659" w:rsidRPr="004D0E49" w:rsidRDefault="003B2659" w:rsidP="003B2659">
      <w:pPr>
        <w:numPr>
          <w:ilvl w:val="0"/>
          <w:numId w:val="8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Job centres help with résumés and applications.</w:t>
      </w:r>
    </w:p>
    <w:p w14:paraId="311F261B" w14:textId="77777777" w:rsidR="003B2659" w:rsidRPr="004D0E49" w:rsidRDefault="003B2659" w:rsidP="003B2659">
      <w:pPr>
        <w:numPr>
          <w:ilvl w:val="0"/>
          <w:numId w:val="8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Job centres help people find work.</w:t>
      </w:r>
    </w:p>
    <w:p w14:paraId="1305AAE2" w14:textId="77777777" w:rsidR="003B2659" w:rsidRPr="004D0E49" w:rsidRDefault="003B2659" w:rsidP="003B2659">
      <w:pPr>
        <w:numPr>
          <w:ilvl w:val="0"/>
          <w:numId w:val="8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 cleaner may not need school training.</w:t>
      </w:r>
    </w:p>
    <w:p w14:paraId="5B79681B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like to work in a store. I need good customer service skills and basic math. I would enjoy helping customers every day.</w:t>
      </w:r>
    </w:p>
    <w:p w14:paraId="5B9BC300" w14:textId="62554BDA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194C61F" w14:textId="4E9767ED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Employment Opportunities in the North</w:t>
      </w:r>
    </w:p>
    <w:p w14:paraId="4381550D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53A899A2" w14:textId="77777777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lastRenderedPageBreak/>
        <w:t>Mining, forestry, health care, and retail.</w:t>
      </w:r>
    </w:p>
    <w:p w14:paraId="061AACDA" w14:textId="77777777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They help with résumés and interviews.</w:t>
      </w:r>
    </w:p>
    <w:p w14:paraId="4865E83C" w14:textId="130C028F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 xml:space="preserve">Some jobs need school </w:t>
      </w:r>
      <w:r w:rsidR="003D0A9F" w:rsidRPr="004D0E49">
        <w:rPr>
          <w:rFonts w:asciiTheme="majorHAnsi" w:hAnsiTheme="majorHAnsi" w:cstheme="majorHAnsi"/>
          <w:sz w:val="24"/>
          <w:szCs w:val="24"/>
        </w:rPr>
        <w:t>training;</w:t>
      </w:r>
      <w:r w:rsidRPr="004D0E49">
        <w:rPr>
          <w:rFonts w:asciiTheme="majorHAnsi" w:hAnsiTheme="majorHAnsi" w:cstheme="majorHAnsi"/>
          <w:sz w:val="24"/>
          <w:szCs w:val="24"/>
        </w:rPr>
        <w:t xml:space="preserve"> others teach skills at work.</w:t>
      </w:r>
    </w:p>
    <w:p w14:paraId="088B12C0" w14:textId="77777777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helps people know where to apply for jobs.</w:t>
      </w:r>
    </w:p>
    <w:p w14:paraId="5A5B1821" w14:textId="77777777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Knowing your skills helps you choose the right job.</w:t>
      </w:r>
    </w:p>
    <w:p w14:paraId="73B995A8" w14:textId="77777777" w:rsidR="003B2659" w:rsidRPr="004D0E49" w:rsidRDefault="003B2659" w:rsidP="003B2659">
      <w:pPr>
        <w:numPr>
          <w:ilvl w:val="0"/>
          <w:numId w:val="82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On-the-job training helps people learn while working.</w:t>
      </w:r>
    </w:p>
    <w:p w14:paraId="31AF4EE9" w14:textId="7D4BD963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D73044E" w14:textId="029500C7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Seasonal Jobs</w:t>
      </w:r>
    </w:p>
    <w:p w14:paraId="3078FF00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2CDB7499" w14:textId="5A26FFDA" w:rsidR="003B2659" w:rsidRPr="004D0E49" w:rsidRDefault="003B2659" w:rsidP="003B2659">
      <w:pPr>
        <w:numPr>
          <w:ilvl w:val="0"/>
          <w:numId w:val="8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Ski hill worker</w:t>
      </w:r>
    </w:p>
    <w:p w14:paraId="7A14E400" w14:textId="61DF9A15" w:rsidR="003B2659" w:rsidRPr="004D0E49" w:rsidRDefault="003B2659" w:rsidP="003B2659">
      <w:pPr>
        <w:numPr>
          <w:ilvl w:val="0"/>
          <w:numId w:val="8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Park worker</w:t>
      </w:r>
    </w:p>
    <w:p w14:paraId="0E7BCCB6" w14:textId="25324170" w:rsidR="003B2659" w:rsidRPr="004D0E49" w:rsidRDefault="003B2659" w:rsidP="003B2659">
      <w:pPr>
        <w:numPr>
          <w:ilvl w:val="0"/>
          <w:numId w:val="8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Farmers plant and harvest crops</w:t>
      </w:r>
    </w:p>
    <w:p w14:paraId="3E692D92" w14:textId="1405271A" w:rsidR="003B2659" w:rsidRPr="004D0E49" w:rsidRDefault="003B2659" w:rsidP="003B2659">
      <w:pPr>
        <w:numPr>
          <w:ilvl w:val="0"/>
          <w:numId w:val="83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Some work is only needed in certain seasons</w:t>
      </w:r>
    </w:p>
    <w:p w14:paraId="64061081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like to work at a park in the summer. I enjoy being outside and helping people.</w:t>
      </w:r>
    </w:p>
    <w:p w14:paraId="57B4163B" w14:textId="24B9D9E1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2C5A875" w14:textId="6B012335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Seasonal Jobs in Northeastern Ontario</w:t>
      </w:r>
    </w:p>
    <w:p w14:paraId="63DC4DDE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15A434CA" w14:textId="77777777" w:rsidR="003B2659" w:rsidRPr="004D0E49" w:rsidRDefault="003B2659" w:rsidP="003B2659">
      <w:pPr>
        <w:numPr>
          <w:ilvl w:val="0"/>
          <w:numId w:val="8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Ski hill worker and hotel staff.</w:t>
      </w:r>
    </w:p>
    <w:p w14:paraId="5789D584" w14:textId="77777777" w:rsidR="003B2659" w:rsidRPr="004D0E49" w:rsidRDefault="003B2659" w:rsidP="003B2659">
      <w:pPr>
        <w:numPr>
          <w:ilvl w:val="0"/>
          <w:numId w:val="8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Campground worker and tour guide.</w:t>
      </w:r>
    </w:p>
    <w:p w14:paraId="5DD10244" w14:textId="77777777" w:rsidR="003B2659" w:rsidRPr="004D0E49" w:rsidRDefault="003B2659" w:rsidP="003B2659">
      <w:pPr>
        <w:numPr>
          <w:ilvl w:val="0"/>
          <w:numId w:val="8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Farmers plant in spring and harvest in summer and fall.</w:t>
      </w:r>
    </w:p>
    <w:p w14:paraId="3650D853" w14:textId="77777777" w:rsidR="003B2659" w:rsidRPr="004D0E49" w:rsidRDefault="003B2659" w:rsidP="003B2659">
      <w:pPr>
        <w:numPr>
          <w:ilvl w:val="0"/>
          <w:numId w:val="8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Seasonal jobs give extra income and experience.</w:t>
      </w:r>
    </w:p>
    <w:p w14:paraId="5687B806" w14:textId="77777777" w:rsidR="003B2659" w:rsidRPr="004D0E49" w:rsidRDefault="003B2659" w:rsidP="003B2659">
      <w:pPr>
        <w:numPr>
          <w:ilvl w:val="0"/>
          <w:numId w:val="8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A tour guide is a tourism job.</w:t>
      </w:r>
    </w:p>
    <w:p w14:paraId="2FABB026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 xml:space="preserve">I would like to work at a campground in </w:t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the summer. I would help visitors and keep the area clean. I enjoy working outdoors.</w:t>
      </w:r>
    </w:p>
    <w:p w14:paraId="68915FD8" w14:textId="08E84084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C16CA98" w14:textId="531F7950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 xml:space="preserve">Question </w:t>
      </w:r>
      <w:r w:rsidR="006454DC" w:rsidRPr="004D0E49">
        <w:rPr>
          <w:rFonts w:asciiTheme="majorHAnsi" w:hAnsiTheme="majorHAnsi" w:cstheme="majorHAnsi"/>
          <w:b/>
          <w:bCs/>
          <w:sz w:val="24"/>
          <w:szCs w:val="24"/>
        </w:rPr>
        <w:t>8</w:t>
      </w:r>
      <w:r w:rsidRPr="004D0E49">
        <w:rPr>
          <w:rFonts w:asciiTheme="majorHAnsi" w:hAnsiTheme="majorHAnsi" w:cstheme="majorHAnsi"/>
          <w:b/>
          <w:bCs/>
          <w:sz w:val="24"/>
          <w:szCs w:val="24"/>
        </w:rPr>
        <w:t>: Seasonal Jobs and Work Changes in Northeastern Ontario</w:t>
      </w:r>
    </w:p>
    <w:p w14:paraId="0166FCFE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Answers:</w:t>
      </w:r>
    </w:p>
    <w:p w14:paraId="67045298" w14:textId="436A8809" w:rsidR="003B2659" w:rsidRPr="004D0E49" w:rsidRDefault="003B2659" w:rsidP="003B2659">
      <w:pPr>
        <w:numPr>
          <w:ilvl w:val="0"/>
          <w:numId w:val="8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Ski resort worker, hotel worker,</w:t>
      </w:r>
      <w:r w:rsidR="00550F77" w:rsidRPr="004D0E49">
        <w:rPr>
          <w:rFonts w:asciiTheme="majorHAnsi" w:hAnsiTheme="majorHAnsi" w:cstheme="majorHAnsi"/>
          <w:sz w:val="24"/>
          <w:szCs w:val="24"/>
        </w:rPr>
        <w:t xml:space="preserve"> snowmobile tour worker or</w:t>
      </w:r>
      <w:r w:rsidRPr="004D0E49">
        <w:rPr>
          <w:rFonts w:asciiTheme="majorHAnsi" w:hAnsiTheme="majorHAnsi" w:cstheme="majorHAnsi"/>
          <w:sz w:val="24"/>
          <w:szCs w:val="24"/>
        </w:rPr>
        <w:t xml:space="preserve"> ice fishing guide</w:t>
      </w:r>
      <w:r w:rsidR="006454DC" w:rsidRPr="004D0E49">
        <w:rPr>
          <w:rFonts w:asciiTheme="majorHAnsi" w:hAnsiTheme="majorHAnsi" w:cstheme="majorHAnsi"/>
          <w:sz w:val="24"/>
          <w:szCs w:val="24"/>
        </w:rPr>
        <w:t xml:space="preserve"> – any 3</w:t>
      </w:r>
    </w:p>
    <w:p w14:paraId="2BE18583" w14:textId="77777777" w:rsidR="003B2659" w:rsidRPr="004D0E49" w:rsidRDefault="003B2659" w:rsidP="003B2659">
      <w:pPr>
        <w:numPr>
          <w:ilvl w:val="0"/>
          <w:numId w:val="8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Campground worker, park worker, tour guide.</w:t>
      </w:r>
    </w:p>
    <w:p w14:paraId="05CBADF0" w14:textId="6379850D" w:rsidR="003B2659" w:rsidRPr="004D0E49" w:rsidRDefault="003B2659" w:rsidP="003B2659">
      <w:pPr>
        <w:numPr>
          <w:ilvl w:val="0"/>
          <w:numId w:val="8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They provide income and work experience</w:t>
      </w:r>
      <w:r w:rsidR="006454DC" w:rsidRPr="004D0E49">
        <w:rPr>
          <w:rFonts w:asciiTheme="majorHAnsi" w:hAnsiTheme="majorHAnsi" w:cstheme="majorHAnsi"/>
          <w:sz w:val="24"/>
          <w:szCs w:val="24"/>
        </w:rPr>
        <w:t xml:space="preserve"> or skills for future careers</w:t>
      </w:r>
      <w:r w:rsidRPr="004D0E49">
        <w:rPr>
          <w:rFonts w:asciiTheme="majorHAnsi" w:hAnsiTheme="majorHAnsi" w:cstheme="majorHAnsi"/>
          <w:sz w:val="24"/>
          <w:szCs w:val="24"/>
        </w:rPr>
        <w:t>.</w:t>
      </w:r>
    </w:p>
    <w:p w14:paraId="71DC7E44" w14:textId="5553327F" w:rsidR="003B2659" w:rsidRPr="004D0E49" w:rsidRDefault="003B2659" w:rsidP="003B2659">
      <w:pPr>
        <w:numPr>
          <w:ilvl w:val="0"/>
          <w:numId w:val="8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It helps people plan when to work</w:t>
      </w:r>
      <w:r w:rsidR="006454DC" w:rsidRPr="004D0E49">
        <w:rPr>
          <w:rFonts w:asciiTheme="majorHAnsi" w:hAnsiTheme="majorHAnsi" w:cstheme="majorHAnsi"/>
          <w:sz w:val="24"/>
          <w:szCs w:val="24"/>
        </w:rPr>
        <w:t xml:space="preserve"> in the different seasons</w:t>
      </w:r>
      <w:r w:rsidRPr="004D0E49">
        <w:rPr>
          <w:rFonts w:asciiTheme="majorHAnsi" w:hAnsiTheme="majorHAnsi" w:cstheme="majorHAnsi"/>
          <w:sz w:val="24"/>
          <w:szCs w:val="24"/>
        </w:rPr>
        <w:t>.</w:t>
      </w:r>
    </w:p>
    <w:p w14:paraId="32E4EBBE" w14:textId="77777777" w:rsidR="003B2659" w:rsidRPr="004D0E49" w:rsidRDefault="003B2659" w:rsidP="003B2659">
      <w:pPr>
        <w:numPr>
          <w:ilvl w:val="0"/>
          <w:numId w:val="8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Many tourists visit in winter and summer.</w:t>
      </w:r>
    </w:p>
    <w:p w14:paraId="6605CF10" w14:textId="3DF6684F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Writing Example Paragraph:</w:t>
      </w:r>
      <w:r w:rsidRPr="004D0E49">
        <w:rPr>
          <w:rFonts w:asciiTheme="majorHAnsi" w:hAnsiTheme="majorHAnsi" w:cstheme="majorHAnsi"/>
          <w:sz w:val="24"/>
          <w:szCs w:val="24"/>
        </w:rPr>
        <w:br/>
      </w:r>
      <w:r w:rsidRPr="00BB16A0">
        <w:rPr>
          <w:rFonts w:asciiTheme="majorHAnsi" w:hAnsiTheme="majorHAnsi" w:cstheme="majorHAnsi"/>
          <w:i/>
          <w:iCs/>
          <w:sz w:val="24"/>
          <w:szCs w:val="24"/>
        </w:rPr>
        <w:t>I would not like to work as an ice fishing guide in winter. It is very cold and I do not enjoy standing outside for long hours. I prefer jobs that are indoors and warm.</w:t>
      </w:r>
    </w:p>
    <w:p w14:paraId="13FA8866" w14:textId="77777777" w:rsidR="006454DC" w:rsidRPr="004D0E49" w:rsidRDefault="006454DC" w:rsidP="003B265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7E573B4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Culminating Task: Referral Form</w:t>
      </w:r>
    </w:p>
    <w:p w14:paraId="08948088" w14:textId="77777777" w:rsidR="003B2659" w:rsidRPr="004D0E49" w:rsidRDefault="003B2659" w:rsidP="003B2659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b/>
          <w:bCs/>
          <w:sz w:val="24"/>
          <w:szCs w:val="24"/>
        </w:rPr>
        <w:t>Completion Checklist (Answers):</w:t>
      </w:r>
    </w:p>
    <w:p w14:paraId="4413A777" w14:textId="30552A3F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Enter today’s date for the referral date</w:t>
      </w:r>
    </w:p>
    <w:p w14:paraId="410C53B3" w14:textId="0670CC2A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Fill in personal information</w:t>
      </w:r>
    </w:p>
    <w:p w14:paraId="10F3E135" w14:textId="4E427533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Type</w:t>
      </w:r>
      <w:r w:rsidR="006454DC" w:rsidRPr="004D0E49">
        <w:rPr>
          <w:rFonts w:asciiTheme="majorHAnsi" w:hAnsiTheme="majorHAnsi" w:cstheme="majorHAnsi"/>
          <w:sz w:val="24"/>
          <w:szCs w:val="24"/>
        </w:rPr>
        <w:t xml:space="preserve">s </w:t>
      </w:r>
      <w:r w:rsidRPr="004D0E49">
        <w:rPr>
          <w:rFonts w:asciiTheme="majorHAnsi" w:hAnsiTheme="majorHAnsi" w:cstheme="majorHAnsi"/>
          <w:sz w:val="24"/>
          <w:szCs w:val="24"/>
        </w:rPr>
        <w:t>name for the client signature</w:t>
      </w:r>
    </w:p>
    <w:p w14:paraId="7713664C" w14:textId="6696F5D9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Enter consent dates</w:t>
      </w:r>
    </w:p>
    <w:p w14:paraId="3E486CB8" w14:textId="48627B3F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Check both referral information boxes</w:t>
      </w:r>
    </w:p>
    <w:p w14:paraId="7B7F931A" w14:textId="051EEB91" w:rsidR="003B2659" w:rsidRPr="004D0E49" w:rsidRDefault="003B2659" w:rsidP="003B2659">
      <w:pPr>
        <w:numPr>
          <w:ilvl w:val="0"/>
          <w:numId w:val="8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4D0E49">
        <w:rPr>
          <w:rFonts w:asciiTheme="majorHAnsi" w:hAnsiTheme="majorHAnsi" w:cstheme="majorHAnsi"/>
          <w:sz w:val="24"/>
          <w:szCs w:val="24"/>
        </w:rPr>
        <w:t>Leave the “Office Use Only” section blank</w:t>
      </w:r>
    </w:p>
    <w:sectPr w:rsidR="003B2659" w:rsidRPr="004D0E49" w:rsidSect="00E6559B">
      <w:type w:val="continuous"/>
      <w:pgSz w:w="12240" w:h="15840"/>
      <w:pgMar w:top="1440" w:right="1800" w:bottom="1440" w:left="180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12E92" w14:textId="77777777" w:rsidR="007D5523" w:rsidRDefault="007D5523" w:rsidP="00BB16A0">
      <w:pPr>
        <w:spacing w:after="0" w:line="240" w:lineRule="auto"/>
      </w:pPr>
      <w:r>
        <w:separator/>
      </w:r>
    </w:p>
  </w:endnote>
  <w:endnote w:type="continuationSeparator" w:id="0">
    <w:p w14:paraId="4ACAFD59" w14:textId="77777777" w:rsidR="007D5523" w:rsidRDefault="007D5523" w:rsidP="00BB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42BE" w14:textId="4F49CBD9" w:rsidR="00BB16A0" w:rsidRDefault="00BB16A0" w:rsidP="00BB16A0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036E" w14:textId="77777777" w:rsidR="007D5523" w:rsidRDefault="007D5523" w:rsidP="00BB16A0">
      <w:pPr>
        <w:spacing w:after="0" w:line="240" w:lineRule="auto"/>
      </w:pPr>
      <w:r>
        <w:separator/>
      </w:r>
    </w:p>
  </w:footnote>
  <w:footnote w:type="continuationSeparator" w:id="0">
    <w:p w14:paraId="59F614F1" w14:textId="77777777" w:rsidR="007D5523" w:rsidRDefault="007D5523" w:rsidP="00BB1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A65E" w14:textId="6164C8B1" w:rsidR="00BB16A0" w:rsidRDefault="00BB16A0" w:rsidP="00BB16A0">
    <w:pPr>
      <w:pStyle w:val="Header"/>
      <w:jc w:val="center"/>
    </w:pPr>
    <w:r w:rsidRPr="004D0E49">
      <w:rPr>
        <w:rFonts w:asciiTheme="majorHAnsi" w:eastAsia="MS Gothic" w:hAnsiTheme="majorHAnsi" w:cstheme="majorHAnsi"/>
        <w:b/>
        <w:bCs/>
        <w:color w:val="365F91" w:themeColor="accent1" w:themeShade="BF"/>
        <w:sz w:val="24"/>
        <w:szCs w:val="24"/>
      </w:rPr>
      <w:t>Functional English</w:t>
    </w:r>
    <w:r>
      <w:rPr>
        <w:rFonts w:asciiTheme="majorHAnsi" w:eastAsia="MS Gothic" w:hAnsiTheme="majorHAnsi" w:cstheme="majorHAnsi"/>
        <w:b/>
        <w:bCs/>
        <w:color w:val="365F91" w:themeColor="accent1" w:themeShade="BF"/>
        <w:sz w:val="24"/>
        <w:szCs w:val="24"/>
      </w:rPr>
      <w:t xml:space="preserve"> – 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D6FE0"/>
    <w:multiLevelType w:val="multilevel"/>
    <w:tmpl w:val="5A640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1FC579A"/>
    <w:multiLevelType w:val="multilevel"/>
    <w:tmpl w:val="F74EF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D356A6"/>
    <w:multiLevelType w:val="multilevel"/>
    <w:tmpl w:val="E644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A60CA2"/>
    <w:multiLevelType w:val="multilevel"/>
    <w:tmpl w:val="C786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40067B"/>
    <w:multiLevelType w:val="multilevel"/>
    <w:tmpl w:val="7F961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567769E"/>
    <w:multiLevelType w:val="multilevel"/>
    <w:tmpl w:val="9C98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8D25BB"/>
    <w:multiLevelType w:val="multilevel"/>
    <w:tmpl w:val="4DCC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00530"/>
    <w:multiLevelType w:val="multilevel"/>
    <w:tmpl w:val="72F47C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A354672"/>
    <w:multiLevelType w:val="hybridMultilevel"/>
    <w:tmpl w:val="6E260D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B417E06"/>
    <w:multiLevelType w:val="multilevel"/>
    <w:tmpl w:val="050A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537DCF"/>
    <w:multiLevelType w:val="multilevel"/>
    <w:tmpl w:val="6A50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F86E7B"/>
    <w:multiLevelType w:val="multilevel"/>
    <w:tmpl w:val="875C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1163674"/>
    <w:multiLevelType w:val="multilevel"/>
    <w:tmpl w:val="8E1EA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5B1673C"/>
    <w:multiLevelType w:val="multilevel"/>
    <w:tmpl w:val="495C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7E0293A"/>
    <w:multiLevelType w:val="multilevel"/>
    <w:tmpl w:val="BCDE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E06846"/>
    <w:multiLevelType w:val="multilevel"/>
    <w:tmpl w:val="4644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5742B7"/>
    <w:multiLevelType w:val="multilevel"/>
    <w:tmpl w:val="6904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222A83"/>
    <w:multiLevelType w:val="multilevel"/>
    <w:tmpl w:val="3156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BC8768A"/>
    <w:multiLevelType w:val="multilevel"/>
    <w:tmpl w:val="BD00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EBA0ECA"/>
    <w:multiLevelType w:val="multilevel"/>
    <w:tmpl w:val="0908B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EFB49FD"/>
    <w:multiLevelType w:val="multilevel"/>
    <w:tmpl w:val="641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B10936"/>
    <w:multiLevelType w:val="multilevel"/>
    <w:tmpl w:val="FA3C6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0191FD3"/>
    <w:multiLevelType w:val="hybridMultilevel"/>
    <w:tmpl w:val="86AA9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08F4108"/>
    <w:multiLevelType w:val="multilevel"/>
    <w:tmpl w:val="345E8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0B74098"/>
    <w:multiLevelType w:val="multilevel"/>
    <w:tmpl w:val="7BAE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14D51E2"/>
    <w:multiLevelType w:val="multilevel"/>
    <w:tmpl w:val="23F4B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19F1379"/>
    <w:multiLevelType w:val="hybridMultilevel"/>
    <w:tmpl w:val="F6A485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2F24709"/>
    <w:multiLevelType w:val="multilevel"/>
    <w:tmpl w:val="B288B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335707C"/>
    <w:multiLevelType w:val="multilevel"/>
    <w:tmpl w:val="2174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5810109"/>
    <w:multiLevelType w:val="multilevel"/>
    <w:tmpl w:val="D6B0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7BA5447"/>
    <w:multiLevelType w:val="multilevel"/>
    <w:tmpl w:val="BFCA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99D1AAF"/>
    <w:multiLevelType w:val="multilevel"/>
    <w:tmpl w:val="E67A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CD80745"/>
    <w:multiLevelType w:val="multilevel"/>
    <w:tmpl w:val="1CEC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CE21EFC"/>
    <w:multiLevelType w:val="multilevel"/>
    <w:tmpl w:val="A590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D58467C"/>
    <w:multiLevelType w:val="multilevel"/>
    <w:tmpl w:val="A3544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F47676B"/>
    <w:multiLevelType w:val="multilevel"/>
    <w:tmpl w:val="81D6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0AA2370"/>
    <w:multiLevelType w:val="multilevel"/>
    <w:tmpl w:val="5BCAC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1705528"/>
    <w:multiLevelType w:val="multilevel"/>
    <w:tmpl w:val="2F68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53399D"/>
    <w:multiLevelType w:val="multilevel"/>
    <w:tmpl w:val="0AFE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8D0911"/>
    <w:multiLevelType w:val="multilevel"/>
    <w:tmpl w:val="11BE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6FF08E8"/>
    <w:multiLevelType w:val="multilevel"/>
    <w:tmpl w:val="A5285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8D3390C"/>
    <w:multiLevelType w:val="multilevel"/>
    <w:tmpl w:val="A7586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9D25EC5"/>
    <w:multiLevelType w:val="multilevel"/>
    <w:tmpl w:val="FDDA5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CDE5BDC"/>
    <w:multiLevelType w:val="multilevel"/>
    <w:tmpl w:val="A162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14A08D3"/>
    <w:multiLevelType w:val="multilevel"/>
    <w:tmpl w:val="70FA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28C4521"/>
    <w:multiLevelType w:val="multilevel"/>
    <w:tmpl w:val="A08EE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3056565"/>
    <w:multiLevelType w:val="multilevel"/>
    <w:tmpl w:val="30BC2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3E3264A"/>
    <w:multiLevelType w:val="hybridMultilevel"/>
    <w:tmpl w:val="45CC1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78C130C"/>
    <w:multiLevelType w:val="multilevel"/>
    <w:tmpl w:val="CAD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8B74DF0"/>
    <w:multiLevelType w:val="multilevel"/>
    <w:tmpl w:val="832003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C830AC2"/>
    <w:multiLevelType w:val="multilevel"/>
    <w:tmpl w:val="C90C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DDB01DF"/>
    <w:multiLevelType w:val="multilevel"/>
    <w:tmpl w:val="EB14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E765A74"/>
    <w:multiLevelType w:val="multilevel"/>
    <w:tmpl w:val="D8A4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F7B6B9D"/>
    <w:multiLevelType w:val="multilevel"/>
    <w:tmpl w:val="6378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0FA5FC6"/>
    <w:multiLevelType w:val="hybridMultilevel"/>
    <w:tmpl w:val="26D41C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4B60121"/>
    <w:multiLevelType w:val="multilevel"/>
    <w:tmpl w:val="F802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9D5BD9"/>
    <w:multiLevelType w:val="multilevel"/>
    <w:tmpl w:val="BF60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88F4041"/>
    <w:multiLevelType w:val="hybridMultilevel"/>
    <w:tmpl w:val="B1DCD5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A0664FC"/>
    <w:multiLevelType w:val="multilevel"/>
    <w:tmpl w:val="CBE80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B8F43B3"/>
    <w:multiLevelType w:val="multilevel"/>
    <w:tmpl w:val="EF0EA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D56660C"/>
    <w:multiLevelType w:val="multilevel"/>
    <w:tmpl w:val="56B86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DCC3868"/>
    <w:multiLevelType w:val="multilevel"/>
    <w:tmpl w:val="34DC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FCE3E23"/>
    <w:multiLevelType w:val="multilevel"/>
    <w:tmpl w:val="2FCC2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1891D38"/>
    <w:multiLevelType w:val="hybridMultilevel"/>
    <w:tmpl w:val="52806560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2B334E3"/>
    <w:multiLevelType w:val="multilevel"/>
    <w:tmpl w:val="52B4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5AD7A7F"/>
    <w:multiLevelType w:val="multilevel"/>
    <w:tmpl w:val="414E9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95D67D8"/>
    <w:multiLevelType w:val="multilevel"/>
    <w:tmpl w:val="087A6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9DE28EC"/>
    <w:multiLevelType w:val="multilevel"/>
    <w:tmpl w:val="630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C5A0F6B"/>
    <w:multiLevelType w:val="multilevel"/>
    <w:tmpl w:val="8296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E5B6032"/>
    <w:multiLevelType w:val="multilevel"/>
    <w:tmpl w:val="6688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E7C54D3"/>
    <w:multiLevelType w:val="multilevel"/>
    <w:tmpl w:val="C1B82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FB13287"/>
    <w:multiLevelType w:val="multilevel"/>
    <w:tmpl w:val="60A29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3280741"/>
    <w:multiLevelType w:val="multilevel"/>
    <w:tmpl w:val="1502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6A4BEA"/>
    <w:multiLevelType w:val="multilevel"/>
    <w:tmpl w:val="368CE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8884601"/>
    <w:multiLevelType w:val="multilevel"/>
    <w:tmpl w:val="D2F6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94F12BD"/>
    <w:multiLevelType w:val="multilevel"/>
    <w:tmpl w:val="0358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E764170"/>
    <w:multiLevelType w:val="multilevel"/>
    <w:tmpl w:val="3D9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949182">
    <w:abstractNumId w:val="8"/>
  </w:num>
  <w:num w:numId="2" w16cid:durableId="7678230">
    <w:abstractNumId w:val="6"/>
  </w:num>
  <w:num w:numId="3" w16cid:durableId="1617828378">
    <w:abstractNumId w:val="5"/>
  </w:num>
  <w:num w:numId="4" w16cid:durableId="1817994702">
    <w:abstractNumId w:val="4"/>
  </w:num>
  <w:num w:numId="5" w16cid:durableId="931545910">
    <w:abstractNumId w:val="7"/>
  </w:num>
  <w:num w:numId="6" w16cid:durableId="1230194734">
    <w:abstractNumId w:val="3"/>
  </w:num>
  <w:num w:numId="7" w16cid:durableId="1972591214">
    <w:abstractNumId w:val="2"/>
  </w:num>
  <w:num w:numId="8" w16cid:durableId="26879789">
    <w:abstractNumId w:val="1"/>
  </w:num>
  <w:num w:numId="9" w16cid:durableId="160394555">
    <w:abstractNumId w:val="0"/>
  </w:num>
  <w:num w:numId="10" w16cid:durableId="1324894917">
    <w:abstractNumId w:val="56"/>
  </w:num>
  <w:num w:numId="11" w16cid:durableId="409734982">
    <w:abstractNumId w:val="72"/>
  </w:num>
  <w:num w:numId="12" w16cid:durableId="44182240">
    <w:abstractNumId w:val="63"/>
  </w:num>
  <w:num w:numId="13" w16cid:durableId="1778409441">
    <w:abstractNumId w:val="35"/>
  </w:num>
  <w:num w:numId="14" w16cid:durableId="499934536">
    <w:abstractNumId w:val="66"/>
  </w:num>
  <w:num w:numId="15" w16cid:durableId="825509109">
    <w:abstractNumId w:val="17"/>
  </w:num>
  <w:num w:numId="16" w16cid:durableId="979113739">
    <w:abstractNumId w:val="31"/>
  </w:num>
  <w:num w:numId="17" w16cid:durableId="322395372">
    <w:abstractNumId w:val="37"/>
  </w:num>
  <w:num w:numId="18" w16cid:durableId="1291781524">
    <w:abstractNumId w:val="24"/>
  </w:num>
  <w:num w:numId="19" w16cid:durableId="303856356">
    <w:abstractNumId w:val="49"/>
  </w:num>
  <w:num w:numId="20" w16cid:durableId="581333446">
    <w:abstractNumId w:val="59"/>
  </w:num>
  <w:num w:numId="21" w16cid:durableId="769400677">
    <w:abstractNumId w:val="26"/>
  </w:num>
  <w:num w:numId="22" w16cid:durableId="1302729126">
    <w:abstractNumId w:val="19"/>
  </w:num>
  <w:num w:numId="23" w16cid:durableId="346833705">
    <w:abstractNumId w:val="44"/>
  </w:num>
  <w:num w:numId="24" w16cid:durableId="1739206207">
    <w:abstractNumId w:val="53"/>
  </w:num>
  <w:num w:numId="25" w16cid:durableId="1447509055">
    <w:abstractNumId w:val="70"/>
  </w:num>
  <w:num w:numId="26" w16cid:durableId="1826432803">
    <w:abstractNumId w:val="81"/>
  </w:num>
  <w:num w:numId="27" w16cid:durableId="1991471646">
    <w:abstractNumId w:val="45"/>
  </w:num>
  <w:num w:numId="28" w16cid:durableId="2144229035">
    <w:abstractNumId w:val="46"/>
  </w:num>
  <w:num w:numId="29" w16cid:durableId="1776558215">
    <w:abstractNumId w:val="40"/>
  </w:num>
  <w:num w:numId="30" w16cid:durableId="375201868">
    <w:abstractNumId w:val="12"/>
  </w:num>
  <w:num w:numId="31" w16cid:durableId="708918719">
    <w:abstractNumId w:val="15"/>
  </w:num>
  <w:num w:numId="32" w16cid:durableId="1749887300">
    <w:abstractNumId w:val="25"/>
  </w:num>
  <w:num w:numId="33" w16cid:durableId="1996448057">
    <w:abstractNumId w:val="54"/>
  </w:num>
  <w:num w:numId="34" w16cid:durableId="62680547">
    <w:abstractNumId w:val="14"/>
  </w:num>
  <w:num w:numId="35" w16cid:durableId="902527441">
    <w:abstractNumId w:val="80"/>
  </w:num>
  <w:num w:numId="36" w16cid:durableId="875242448">
    <w:abstractNumId w:val="27"/>
  </w:num>
  <w:num w:numId="37" w16cid:durableId="564149141">
    <w:abstractNumId w:val="38"/>
  </w:num>
  <w:num w:numId="38" w16cid:durableId="837187754">
    <w:abstractNumId w:val="21"/>
  </w:num>
  <w:num w:numId="39" w16cid:durableId="515311267">
    <w:abstractNumId w:val="65"/>
  </w:num>
  <w:num w:numId="40" w16cid:durableId="1703936487">
    <w:abstractNumId w:val="50"/>
  </w:num>
  <w:num w:numId="41" w16cid:durableId="1292327664">
    <w:abstractNumId w:val="23"/>
  </w:num>
  <w:num w:numId="42" w16cid:durableId="506482481">
    <w:abstractNumId w:val="82"/>
  </w:num>
  <w:num w:numId="43" w16cid:durableId="731663150">
    <w:abstractNumId w:val="20"/>
  </w:num>
  <w:num w:numId="44" w16cid:durableId="461272072">
    <w:abstractNumId w:val="83"/>
  </w:num>
  <w:num w:numId="45" w16cid:durableId="116410716">
    <w:abstractNumId w:val="51"/>
  </w:num>
  <w:num w:numId="46" w16cid:durableId="1074939544">
    <w:abstractNumId w:val="9"/>
  </w:num>
  <w:num w:numId="47" w16cid:durableId="859926906">
    <w:abstractNumId w:val="78"/>
  </w:num>
  <w:num w:numId="48" w16cid:durableId="630524290">
    <w:abstractNumId w:val="34"/>
  </w:num>
  <w:num w:numId="49" w16cid:durableId="866328946">
    <w:abstractNumId w:val="79"/>
  </w:num>
  <w:num w:numId="50" w16cid:durableId="408887188">
    <w:abstractNumId w:val="69"/>
  </w:num>
  <w:num w:numId="51" w16cid:durableId="1659916533">
    <w:abstractNumId w:val="43"/>
  </w:num>
  <w:num w:numId="52" w16cid:durableId="1669286178">
    <w:abstractNumId w:val="29"/>
  </w:num>
  <w:num w:numId="53" w16cid:durableId="1066684491">
    <w:abstractNumId w:val="85"/>
  </w:num>
  <w:num w:numId="54" w16cid:durableId="1648320315">
    <w:abstractNumId w:val="11"/>
  </w:num>
  <w:num w:numId="55" w16cid:durableId="1655181111">
    <w:abstractNumId w:val="32"/>
  </w:num>
  <w:num w:numId="56" w16cid:durableId="176388413">
    <w:abstractNumId w:val="68"/>
  </w:num>
  <w:num w:numId="57" w16cid:durableId="843399882">
    <w:abstractNumId w:val="74"/>
  </w:num>
  <w:num w:numId="58" w16cid:durableId="21442076">
    <w:abstractNumId w:val="13"/>
  </w:num>
  <w:num w:numId="59" w16cid:durableId="1689061878">
    <w:abstractNumId w:val="39"/>
  </w:num>
  <w:num w:numId="60" w16cid:durableId="979962294">
    <w:abstractNumId w:val="58"/>
  </w:num>
  <w:num w:numId="61" w16cid:durableId="920018794">
    <w:abstractNumId w:val="42"/>
  </w:num>
  <w:num w:numId="62" w16cid:durableId="1734042157">
    <w:abstractNumId w:val="55"/>
  </w:num>
  <w:num w:numId="63" w16cid:durableId="332605122">
    <w:abstractNumId w:val="41"/>
  </w:num>
  <w:num w:numId="64" w16cid:durableId="233323510">
    <w:abstractNumId w:val="16"/>
  </w:num>
  <w:num w:numId="65" w16cid:durableId="1792239961">
    <w:abstractNumId w:val="47"/>
  </w:num>
  <w:num w:numId="66" w16cid:durableId="388962471">
    <w:abstractNumId w:val="60"/>
  </w:num>
  <w:num w:numId="67" w16cid:durableId="1527402176">
    <w:abstractNumId w:val="84"/>
  </w:num>
  <w:num w:numId="68" w16cid:durableId="580063480">
    <w:abstractNumId w:val="73"/>
  </w:num>
  <w:num w:numId="69" w16cid:durableId="1715814062">
    <w:abstractNumId w:val="30"/>
  </w:num>
  <w:num w:numId="70" w16cid:durableId="816069365">
    <w:abstractNumId w:val="62"/>
  </w:num>
  <w:num w:numId="71" w16cid:durableId="1074816076">
    <w:abstractNumId w:val="22"/>
  </w:num>
  <w:num w:numId="72" w16cid:durableId="458112229">
    <w:abstractNumId w:val="10"/>
  </w:num>
  <w:num w:numId="73" w16cid:durableId="1908688093">
    <w:abstractNumId w:val="75"/>
  </w:num>
  <w:num w:numId="74" w16cid:durableId="2036541350">
    <w:abstractNumId w:val="33"/>
  </w:num>
  <w:num w:numId="75" w16cid:durableId="1812399737">
    <w:abstractNumId w:val="64"/>
  </w:num>
  <w:num w:numId="76" w16cid:durableId="1494905635">
    <w:abstractNumId w:val="18"/>
  </w:num>
  <w:num w:numId="77" w16cid:durableId="1099179419">
    <w:abstractNumId w:val="48"/>
  </w:num>
  <w:num w:numId="78" w16cid:durableId="646789311">
    <w:abstractNumId w:val="67"/>
  </w:num>
  <w:num w:numId="79" w16cid:durableId="398943894">
    <w:abstractNumId w:val="57"/>
  </w:num>
  <w:num w:numId="80" w16cid:durableId="511920912">
    <w:abstractNumId w:val="61"/>
  </w:num>
  <w:num w:numId="81" w16cid:durableId="981151397">
    <w:abstractNumId w:val="71"/>
  </w:num>
  <w:num w:numId="82" w16cid:durableId="271743056">
    <w:abstractNumId w:val="36"/>
  </w:num>
  <w:num w:numId="83" w16cid:durableId="148833856">
    <w:abstractNumId w:val="77"/>
  </w:num>
  <w:num w:numId="84" w16cid:durableId="2133590523">
    <w:abstractNumId w:val="76"/>
  </w:num>
  <w:num w:numId="85" w16cid:durableId="1150362223">
    <w:abstractNumId w:val="28"/>
  </w:num>
  <w:num w:numId="86" w16cid:durableId="437994787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6C5"/>
    <w:rsid w:val="000B505C"/>
    <w:rsid w:val="001030BD"/>
    <w:rsid w:val="0015074B"/>
    <w:rsid w:val="00266C82"/>
    <w:rsid w:val="00287624"/>
    <w:rsid w:val="00296378"/>
    <w:rsid w:val="0029639D"/>
    <w:rsid w:val="002E5BE7"/>
    <w:rsid w:val="00315D03"/>
    <w:rsid w:val="00326F90"/>
    <w:rsid w:val="00380F38"/>
    <w:rsid w:val="003B2659"/>
    <w:rsid w:val="003D0A9F"/>
    <w:rsid w:val="003E6874"/>
    <w:rsid w:val="004D0E49"/>
    <w:rsid w:val="00550F77"/>
    <w:rsid w:val="006454DC"/>
    <w:rsid w:val="0069546A"/>
    <w:rsid w:val="006E5691"/>
    <w:rsid w:val="007D5523"/>
    <w:rsid w:val="007F6395"/>
    <w:rsid w:val="009142CF"/>
    <w:rsid w:val="00AA1D8D"/>
    <w:rsid w:val="00B067B0"/>
    <w:rsid w:val="00B47730"/>
    <w:rsid w:val="00BB16A0"/>
    <w:rsid w:val="00CB0664"/>
    <w:rsid w:val="00D22795"/>
    <w:rsid w:val="00DF0A33"/>
    <w:rsid w:val="00E16D95"/>
    <w:rsid w:val="00E56151"/>
    <w:rsid w:val="00E6559B"/>
    <w:rsid w:val="00EC113D"/>
    <w:rsid w:val="00ED1A3B"/>
    <w:rsid w:val="00F84B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DB08E"/>
  <w14:defaultImageDpi w14:val="300"/>
  <w15:docId w15:val="{3125F46D-BF9A-41E8-A290-D61DF216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16</Pages>
  <Words>3968</Words>
  <Characters>22620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>generated by python-docx</dc:description>
  <cp:lastModifiedBy>Sara Haldenby</cp:lastModifiedBy>
  <cp:revision>7</cp:revision>
  <cp:lastPrinted>2026-01-22T15:58:00Z</cp:lastPrinted>
  <dcterms:created xsi:type="dcterms:W3CDTF">2026-01-22T18:24:00Z</dcterms:created>
  <dcterms:modified xsi:type="dcterms:W3CDTF">2026-01-25T19:20:00Z</dcterms:modified>
  <cp:category/>
</cp:coreProperties>
</file>